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BBDB83" w14:textId="77777777" w:rsidR="004415AE" w:rsidRPr="00787A83" w:rsidRDefault="00000000">
      <w:pPr>
        <w:pStyle w:val="aa"/>
        <w:rPr>
          <w:sz w:val="44"/>
          <w:szCs w:val="72"/>
        </w:rPr>
      </w:pPr>
      <w:r w:rsidRPr="00787A83">
        <w:rPr>
          <w:sz w:val="44"/>
          <w:szCs w:val="72"/>
        </w:rPr>
        <w:t>Kontroldarbs datorikā desmitajai klasei</w:t>
      </w:r>
    </w:p>
    <w:p w14:paraId="5AE12B3F" w14:textId="77777777" w:rsidR="004415AE" w:rsidRPr="00787A83" w:rsidRDefault="00000000">
      <w:pPr>
        <w:pStyle w:val="ac"/>
        <w:rPr>
          <w:sz w:val="28"/>
          <w:szCs w:val="32"/>
        </w:rPr>
      </w:pPr>
      <w:r w:rsidRPr="00787A83">
        <w:rPr>
          <w:sz w:val="28"/>
          <w:szCs w:val="32"/>
        </w:rPr>
        <w:t>Programmvadāmu ierīču izvēle un komplektācija</w:t>
      </w:r>
    </w:p>
    <w:p w14:paraId="0B44F711" w14:textId="6AA0BA30" w:rsidR="004415AE" w:rsidRPr="00787A83" w:rsidRDefault="00000000">
      <w:pPr>
        <w:rPr>
          <w:sz w:val="24"/>
          <w:szCs w:val="28"/>
        </w:rPr>
      </w:pPr>
      <w:r w:rsidRPr="00787A83">
        <w:rPr>
          <w:b/>
          <w:sz w:val="24"/>
          <w:szCs w:val="28"/>
        </w:rPr>
        <w:t xml:space="preserve">Vārds un uzvārds: </w:t>
      </w:r>
      <w:sdt>
        <w:sdtPr>
          <w:rPr>
            <w:sz w:val="24"/>
            <w:szCs w:val="28"/>
          </w:rPr>
          <w:alias w:val="VARDS_UZVARDS"/>
          <w:tag w:val="VARDS_UZVARDS"/>
          <w:id w:val="852458402"/>
          <w:text/>
        </w:sdtPr>
        <w:sdtContent>
          <w:r w:rsidRPr="00787A83">
            <w:rPr>
              <w:sz w:val="24"/>
              <w:szCs w:val="28"/>
            </w:rPr>
            <w:t>Ieraksti vārdu un uzvārdu</w:t>
          </w:r>
        </w:sdtContent>
      </w:sdt>
    </w:p>
    <w:p w14:paraId="6FC6FF38" w14:textId="77777777" w:rsidR="004415AE" w:rsidRPr="00787A83" w:rsidRDefault="00000000">
      <w:pPr>
        <w:rPr>
          <w:sz w:val="24"/>
          <w:szCs w:val="28"/>
        </w:rPr>
      </w:pPr>
      <w:r w:rsidRPr="00787A83">
        <w:rPr>
          <w:b/>
          <w:sz w:val="24"/>
          <w:szCs w:val="28"/>
        </w:rPr>
        <w:t xml:space="preserve">Darba laiks: </w:t>
      </w:r>
      <w:r w:rsidRPr="00787A83">
        <w:rPr>
          <w:sz w:val="24"/>
          <w:szCs w:val="28"/>
        </w:rPr>
        <w:t>40 minūtes</w:t>
      </w:r>
      <w:r w:rsidRPr="00787A83">
        <w:rPr>
          <w:b/>
          <w:sz w:val="24"/>
          <w:szCs w:val="28"/>
        </w:rPr>
        <w:t xml:space="preserve">    Kopā: </w:t>
      </w:r>
      <w:r w:rsidRPr="00787A83">
        <w:rPr>
          <w:sz w:val="24"/>
          <w:szCs w:val="28"/>
        </w:rPr>
        <w:t>56 punkti</w:t>
      </w:r>
    </w:p>
    <w:p w14:paraId="403A0274" w14:textId="3F4CA3D1" w:rsidR="004415AE" w:rsidRPr="00787A83" w:rsidRDefault="00000000">
      <w:pPr>
        <w:spacing w:after="240"/>
        <w:rPr>
          <w:sz w:val="24"/>
          <w:szCs w:val="28"/>
        </w:rPr>
      </w:pPr>
      <w:r w:rsidRPr="00787A83">
        <w:rPr>
          <w:sz w:val="24"/>
          <w:szCs w:val="28"/>
        </w:rPr>
        <w:t xml:space="preserve">Atbildi </w:t>
      </w:r>
      <w:proofErr w:type="spellStart"/>
      <w:r w:rsidRPr="00787A83">
        <w:rPr>
          <w:sz w:val="24"/>
          <w:szCs w:val="28"/>
        </w:rPr>
        <w:t>uz</w:t>
      </w:r>
      <w:proofErr w:type="spellEnd"/>
      <w:r w:rsidRPr="00787A83">
        <w:rPr>
          <w:sz w:val="24"/>
          <w:szCs w:val="28"/>
        </w:rPr>
        <w:t xml:space="preserve"> </w:t>
      </w:r>
      <w:proofErr w:type="spellStart"/>
      <w:r w:rsidRPr="00787A83">
        <w:rPr>
          <w:sz w:val="24"/>
          <w:szCs w:val="28"/>
        </w:rPr>
        <w:t>visiem</w:t>
      </w:r>
      <w:proofErr w:type="spellEnd"/>
      <w:r w:rsidRPr="00787A83">
        <w:rPr>
          <w:sz w:val="24"/>
          <w:szCs w:val="28"/>
        </w:rPr>
        <w:t xml:space="preserve"> </w:t>
      </w:r>
      <w:proofErr w:type="spellStart"/>
      <w:r w:rsidRPr="00787A83">
        <w:rPr>
          <w:sz w:val="24"/>
          <w:szCs w:val="28"/>
        </w:rPr>
        <w:t>septiņiem</w:t>
      </w:r>
      <w:proofErr w:type="spellEnd"/>
      <w:r w:rsidRPr="00787A83">
        <w:rPr>
          <w:sz w:val="24"/>
          <w:szCs w:val="28"/>
        </w:rPr>
        <w:t xml:space="preserve"> </w:t>
      </w:r>
      <w:proofErr w:type="spellStart"/>
      <w:r w:rsidRPr="00787A83">
        <w:rPr>
          <w:sz w:val="24"/>
          <w:szCs w:val="28"/>
        </w:rPr>
        <w:t>uzdevumiem</w:t>
      </w:r>
      <w:proofErr w:type="spellEnd"/>
      <w:r w:rsidRPr="00787A83">
        <w:rPr>
          <w:sz w:val="24"/>
          <w:szCs w:val="28"/>
        </w:rPr>
        <w:t xml:space="preserve">. Pamato savus lēmumus ar konkrētiem argumentiem; dažādi pamatoti risinājumi ir pieļaujami. </w:t>
      </w:r>
    </w:p>
    <w:p w14:paraId="0C7CE067" w14:textId="77777777" w:rsidR="004415AE" w:rsidRPr="00787A83" w:rsidRDefault="00000000">
      <w:pPr>
        <w:pStyle w:val="1"/>
        <w:rPr>
          <w:sz w:val="32"/>
          <w:szCs w:val="36"/>
        </w:rPr>
      </w:pPr>
      <w:r w:rsidRPr="00787A83">
        <w:rPr>
          <w:sz w:val="32"/>
          <w:szCs w:val="36"/>
        </w:rPr>
        <w:t xml:space="preserve">1. </w:t>
      </w:r>
      <w:proofErr w:type="gramStart"/>
      <w:r w:rsidRPr="00787A83">
        <w:rPr>
          <w:sz w:val="32"/>
          <w:szCs w:val="36"/>
        </w:rPr>
        <w:t>uzdevums  Ierīces</w:t>
      </w:r>
      <w:proofErr w:type="gramEnd"/>
      <w:r w:rsidRPr="00787A83">
        <w:rPr>
          <w:sz w:val="32"/>
          <w:szCs w:val="36"/>
        </w:rPr>
        <w:t xml:space="preserve"> dažādiem lietotājiem</w:t>
      </w:r>
      <w:r w:rsidRPr="00787A83">
        <w:rPr>
          <w:i/>
          <w:sz w:val="21"/>
          <w:szCs w:val="36"/>
        </w:rPr>
        <w:t xml:space="preserve">   8 punkti</w:t>
      </w:r>
    </w:p>
    <w:p w14:paraId="0555B66E" w14:textId="44445168" w:rsidR="00787A83" w:rsidRPr="00787A83" w:rsidRDefault="00000000">
      <w:pPr>
        <w:keepNext/>
        <w:rPr>
          <w:sz w:val="24"/>
          <w:szCs w:val="28"/>
        </w:rPr>
      </w:pPr>
      <w:r w:rsidRPr="00787A83">
        <w:rPr>
          <w:sz w:val="24"/>
          <w:szCs w:val="28"/>
        </w:rPr>
        <w:t xml:space="preserve">Skolas bibliotēka iegādājas divas ierīces. Viena visu dienu atradīsies uz galda, lai apmeklētāji meklētu grāmatas katalogā; otru bibliotekārs lietos garu tekstu rakstīšanai, failu pārvaldīšanai un reizēm darbam ārpus bibliotēkas. Kāda veida ierīci tu ieteiktu katram nolūkam? Salīdzini vismaz divus programmvadāmu ierīču veidus pēc ievades veida, ekrāna un pārvietošanas ērtuma. Paskaidro, kāpēc iegulta ierīce, piemēram, svītrkodu skeneris, nevar pilnībā </w:t>
      </w:r>
      <w:proofErr w:type="spellStart"/>
      <w:r w:rsidRPr="00787A83">
        <w:rPr>
          <w:sz w:val="24"/>
          <w:szCs w:val="28"/>
        </w:rPr>
        <w:t>aizstāt</w:t>
      </w:r>
      <w:proofErr w:type="spellEnd"/>
      <w:r w:rsidRPr="00787A83">
        <w:rPr>
          <w:sz w:val="24"/>
          <w:szCs w:val="28"/>
        </w:rPr>
        <w:t xml:space="preserve"> </w:t>
      </w:r>
      <w:proofErr w:type="spellStart"/>
      <w:r w:rsidRPr="00787A83">
        <w:rPr>
          <w:sz w:val="24"/>
          <w:szCs w:val="28"/>
        </w:rPr>
        <w:t>bibliotekāra</w:t>
      </w:r>
      <w:proofErr w:type="spellEnd"/>
      <w:r w:rsidRPr="00787A83">
        <w:rPr>
          <w:sz w:val="24"/>
          <w:szCs w:val="28"/>
        </w:rPr>
        <w:t xml:space="preserve"> </w:t>
      </w:r>
      <w:proofErr w:type="spellStart"/>
      <w:r w:rsidRPr="00787A83">
        <w:rPr>
          <w:sz w:val="24"/>
          <w:szCs w:val="28"/>
        </w:rPr>
        <w:t>darba</w:t>
      </w:r>
      <w:proofErr w:type="spellEnd"/>
      <w:r w:rsidRPr="00787A83">
        <w:rPr>
          <w:sz w:val="24"/>
          <w:szCs w:val="28"/>
        </w:rPr>
        <w:t xml:space="preserve"> </w:t>
      </w:r>
      <w:proofErr w:type="spellStart"/>
      <w:r w:rsidRPr="00787A83">
        <w:rPr>
          <w:sz w:val="24"/>
          <w:szCs w:val="28"/>
        </w:rPr>
        <w:t>ierīci</w:t>
      </w:r>
      <w:proofErr w:type="spellEnd"/>
      <w:r w:rsidRPr="00787A83">
        <w:rPr>
          <w:sz w:val="24"/>
          <w:szCs w:val="28"/>
        </w:rPr>
        <w:t>.</w:t>
      </w:r>
    </w:p>
    <w:p w14:paraId="4399DD70" w14:textId="77777777" w:rsidR="004415AE" w:rsidRPr="00787A83" w:rsidRDefault="00000000">
      <w:pPr>
        <w:keepNext/>
        <w:spacing w:before="80" w:after="40"/>
        <w:rPr>
          <w:sz w:val="24"/>
          <w:szCs w:val="28"/>
        </w:rPr>
      </w:pPr>
      <w:r w:rsidRPr="00787A83">
        <w:rPr>
          <w:b/>
          <w:szCs w:val="28"/>
        </w:rPr>
        <w:t>Atbilde</w:t>
      </w:r>
    </w:p>
    <w:p w14:paraId="00D0E71C" w14:textId="066C5A57" w:rsidR="004415AE" w:rsidRPr="00787A83" w:rsidRDefault="00000000">
      <w:pPr>
        <w:spacing w:after="320"/>
        <w:rPr>
          <w:sz w:val="24"/>
          <w:szCs w:val="28"/>
        </w:rPr>
      </w:pPr>
      <w:sdt>
        <w:sdtPr>
          <w:rPr>
            <w:sz w:val="24"/>
            <w:szCs w:val="28"/>
          </w:rPr>
          <w:alias w:val="ATBILDE_1"/>
          <w:tag w:val="ATBILDE_1"/>
          <w:id w:val="1110709368"/>
          <w:text/>
        </w:sdtPr>
        <w:sdtContent>
          <w:proofErr w:type="spellStart"/>
          <w:r w:rsidRPr="00787A83">
            <w:rPr>
              <w:i/>
              <w:color w:val="6E6E6E"/>
              <w:sz w:val="24"/>
              <w:szCs w:val="28"/>
            </w:rPr>
            <w:t>Klikšķini</w:t>
          </w:r>
          <w:proofErr w:type="spellEnd"/>
          <w:r w:rsidRPr="00787A83">
            <w:rPr>
              <w:i/>
              <w:color w:val="6E6E6E"/>
              <w:sz w:val="24"/>
              <w:szCs w:val="28"/>
            </w:rPr>
            <w:t xml:space="preserve"> </w:t>
          </w:r>
          <w:proofErr w:type="spellStart"/>
          <w:r w:rsidRPr="00787A83">
            <w:rPr>
              <w:i/>
              <w:color w:val="6E6E6E"/>
              <w:sz w:val="24"/>
              <w:szCs w:val="28"/>
            </w:rPr>
            <w:t>šeit</w:t>
          </w:r>
          <w:proofErr w:type="spellEnd"/>
          <w:r w:rsidRPr="00787A83">
            <w:rPr>
              <w:i/>
              <w:color w:val="6E6E6E"/>
              <w:sz w:val="24"/>
              <w:szCs w:val="28"/>
            </w:rPr>
            <w:t xml:space="preserve"> un </w:t>
          </w:r>
          <w:proofErr w:type="spellStart"/>
          <w:r w:rsidRPr="00787A83">
            <w:rPr>
              <w:i/>
              <w:color w:val="6E6E6E"/>
              <w:sz w:val="24"/>
              <w:szCs w:val="28"/>
            </w:rPr>
            <w:t>ieraksti</w:t>
          </w:r>
          <w:proofErr w:type="spellEnd"/>
          <w:r w:rsidRPr="00787A83">
            <w:rPr>
              <w:i/>
              <w:color w:val="6E6E6E"/>
              <w:sz w:val="24"/>
              <w:szCs w:val="28"/>
            </w:rPr>
            <w:t xml:space="preserve"> </w:t>
          </w:r>
          <w:proofErr w:type="spellStart"/>
          <w:r w:rsidRPr="00787A83">
            <w:rPr>
              <w:i/>
              <w:color w:val="6E6E6E"/>
              <w:sz w:val="24"/>
              <w:szCs w:val="28"/>
            </w:rPr>
            <w:t>a</w:t>
          </w:r>
          <w:r w:rsidR="00787A83" w:rsidRPr="00787A83">
            <w:rPr>
              <w:i/>
              <w:color w:val="6E6E6E"/>
              <w:sz w:val="24"/>
              <w:szCs w:val="28"/>
            </w:rPr>
            <w:t>jh</w:t>
          </w:r>
          <w:r w:rsidRPr="00787A83">
            <w:rPr>
              <w:i/>
              <w:color w:val="6E6E6E"/>
              <w:sz w:val="24"/>
              <w:szCs w:val="28"/>
            </w:rPr>
            <w:t>tbildi</w:t>
          </w:r>
          <w:proofErr w:type="spellEnd"/>
          <w:r w:rsidRPr="00787A83">
            <w:rPr>
              <w:i/>
              <w:color w:val="6E6E6E"/>
              <w:sz w:val="24"/>
              <w:szCs w:val="28"/>
            </w:rPr>
            <w:t>.</w:t>
          </w:r>
        </w:sdtContent>
      </w:sdt>
    </w:p>
    <w:p w14:paraId="27C4F605" w14:textId="77777777" w:rsidR="00787A83" w:rsidRDefault="00787A83">
      <w:pPr>
        <w:pStyle w:val="1"/>
        <w:rPr>
          <w:sz w:val="32"/>
          <w:szCs w:val="36"/>
        </w:rPr>
      </w:pPr>
    </w:p>
    <w:p w14:paraId="693ED358" w14:textId="0BF3EC82" w:rsidR="004415AE" w:rsidRPr="00787A83" w:rsidRDefault="00000000">
      <w:pPr>
        <w:pStyle w:val="1"/>
        <w:rPr>
          <w:sz w:val="32"/>
          <w:szCs w:val="36"/>
        </w:rPr>
      </w:pPr>
      <w:r w:rsidRPr="00787A83">
        <w:rPr>
          <w:sz w:val="32"/>
          <w:szCs w:val="36"/>
        </w:rPr>
        <w:t xml:space="preserve">2. </w:t>
      </w:r>
      <w:proofErr w:type="gramStart"/>
      <w:r w:rsidRPr="00787A83">
        <w:rPr>
          <w:sz w:val="32"/>
          <w:szCs w:val="36"/>
        </w:rPr>
        <w:t>uzdevums  Kas</w:t>
      </w:r>
      <w:proofErr w:type="gramEnd"/>
      <w:r w:rsidRPr="00787A83">
        <w:rPr>
          <w:sz w:val="32"/>
          <w:szCs w:val="36"/>
        </w:rPr>
        <w:t xml:space="preserve"> patiesībā bremzē datoru</w:t>
      </w:r>
      <w:r w:rsidRPr="00787A83">
        <w:rPr>
          <w:i/>
          <w:sz w:val="21"/>
          <w:szCs w:val="36"/>
        </w:rPr>
        <w:t xml:space="preserve">   8 punkti</w:t>
      </w:r>
    </w:p>
    <w:p w14:paraId="2A3EBD53" w14:textId="77777777" w:rsidR="004415AE" w:rsidRPr="00787A83" w:rsidRDefault="00000000">
      <w:pPr>
        <w:keepNext/>
        <w:rPr>
          <w:sz w:val="24"/>
          <w:szCs w:val="28"/>
        </w:rPr>
      </w:pPr>
      <w:r w:rsidRPr="00787A83">
        <w:rPr>
          <w:sz w:val="24"/>
          <w:szCs w:val="28"/>
        </w:rPr>
        <w:t>Dators ieslēdzas ātri, un tā SSD vēl ir 250 GB brīvas vietas. Tomēr videozvana laikā, kad pārlūkā atvērtas 18 cilnes, tas kļūst lēns. Datoram ir četru kodolu procesors, 4 GB operatīvās atmiņas un 512 GB SSD. Draugs iesaka iegādāties lielāku SSD. Izvērtē šo padomu. Izskaidro procesora, operatīvās atmiņas un datu krātuves lomu šajā situācijā. Kas ir ticamākais lēnuma cēlonis, un ko tu vēl noskaidrotu pirms uzlabojuma ieteikšanas?</w:t>
      </w:r>
    </w:p>
    <w:p w14:paraId="43F1DCBD" w14:textId="77777777" w:rsidR="004415AE" w:rsidRPr="00787A83" w:rsidRDefault="00000000">
      <w:pPr>
        <w:keepNext/>
        <w:spacing w:before="80" w:after="40"/>
        <w:rPr>
          <w:sz w:val="24"/>
          <w:szCs w:val="28"/>
        </w:rPr>
      </w:pPr>
      <w:r w:rsidRPr="00787A83">
        <w:rPr>
          <w:b/>
          <w:szCs w:val="28"/>
        </w:rPr>
        <w:t>Atbilde</w:t>
      </w:r>
    </w:p>
    <w:p w14:paraId="30AE125B" w14:textId="77777777" w:rsidR="004415AE" w:rsidRPr="00787A83" w:rsidRDefault="00000000">
      <w:pPr>
        <w:spacing w:after="320"/>
        <w:rPr>
          <w:sz w:val="24"/>
          <w:szCs w:val="28"/>
        </w:rPr>
      </w:pPr>
      <w:sdt>
        <w:sdtPr>
          <w:rPr>
            <w:sz w:val="24"/>
            <w:szCs w:val="28"/>
          </w:rPr>
          <w:alias w:val="ATBILDE_2"/>
          <w:tag w:val="ATBILDE_2"/>
          <w:id w:val="-1765451723"/>
          <w:text/>
        </w:sdtPr>
        <w:sdtContent>
          <w:r w:rsidRPr="00787A83">
            <w:rPr>
              <w:i/>
              <w:color w:val="6E6E6E"/>
              <w:sz w:val="24"/>
              <w:szCs w:val="28"/>
            </w:rPr>
            <w:t>Klikšķini šeit un ieraksti atbildi.</w:t>
          </w:r>
        </w:sdtContent>
      </w:sdt>
    </w:p>
    <w:p w14:paraId="1C8C2DB2" w14:textId="77777777" w:rsidR="00787A83" w:rsidRDefault="00787A83">
      <w:pPr>
        <w:pStyle w:val="1"/>
        <w:rPr>
          <w:sz w:val="32"/>
          <w:szCs w:val="36"/>
        </w:rPr>
      </w:pPr>
    </w:p>
    <w:p w14:paraId="210302C7" w14:textId="4A1ED989" w:rsidR="004415AE" w:rsidRPr="00787A83" w:rsidRDefault="00000000">
      <w:pPr>
        <w:pStyle w:val="1"/>
        <w:rPr>
          <w:sz w:val="32"/>
          <w:szCs w:val="36"/>
        </w:rPr>
      </w:pPr>
      <w:r w:rsidRPr="00787A83">
        <w:rPr>
          <w:sz w:val="32"/>
          <w:szCs w:val="36"/>
        </w:rPr>
        <w:t xml:space="preserve">3. </w:t>
      </w:r>
      <w:proofErr w:type="gramStart"/>
      <w:r w:rsidRPr="00787A83">
        <w:rPr>
          <w:sz w:val="32"/>
          <w:szCs w:val="36"/>
        </w:rPr>
        <w:t>uzdevums  Operētājsistēma</w:t>
      </w:r>
      <w:proofErr w:type="gramEnd"/>
      <w:r w:rsidRPr="00787A83">
        <w:rPr>
          <w:sz w:val="32"/>
          <w:szCs w:val="36"/>
        </w:rPr>
        <w:t xml:space="preserve"> un lietotāja iestatījumi</w:t>
      </w:r>
      <w:r w:rsidRPr="00787A83">
        <w:rPr>
          <w:i/>
          <w:sz w:val="21"/>
          <w:szCs w:val="36"/>
        </w:rPr>
        <w:t xml:space="preserve">   8 punkti</w:t>
      </w:r>
    </w:p>
    <w:p w14:paraId="0B8E5E58" w14:textId="77777777" w:rsidR="004415AE" w:rsidRPr="00787A83" w:rsidRDefault="00000000">
      <w:pPr>
        <w:keepNext/>
        <w:rPr>
          <w:sz w:val="24"/>
          <w:szCs w:val="28"/>
        </w:rPr>
      </w:pPr>
      <w:r w:rsidRPr="00787A83">
        <w:rPr>
          <w:sz w:val="24"/>
          <w:szCs w:val="28"/>
        </w:rPr>
        <w:t>Mājas datoru lieto trīs ģimenes locekļi ar vienu kopīgu kontu. Viens nejauši izdzēsa cita failus, vecmāmiņai ir grūti salasīt tekstu ekrānā, bet sistēmas atjauninājumi tiek pastāvīgi atlikti. Ierosini vismaz trīs operētājsistēmas iestatījumus vai iespējas, kas palīdzētu šai ģimenei, un izskaidro katra ieguvumu. Paskaidro, kāpēc teksta redaktora nomaiņa viena pati šīs problēmas neatrisinās.</w:t>
      </w:r>
    </w:p>
    <w:p w14:paraId="6FC60578" w14:textId="77777777" w:rsidR="004415AE" w:rsidRPr="00787A83" w:rsidRDefault="00000000">
      <w:pPr>
        <w:keepNext/>
        <w:spacing w:before="80" w:after="40"/>
        <w:rPr>
          <w:sz w:val="24"/>
          <w:szCs w:val="28"/>
        </w:rPr>
      </w:pPr>
      <w:r w:rsidRPr="00787A83">
        <w:rPr>
          <w:b/>
          <w:szCs w:val="28"/>
        </w:rPr>
        <w:t>Atbilde</w:t>
      </w:r>
    </w:p>
    <w:p w14:paraId="1ACCD2F1" w14:textId="77777777" w:rsidR="004415AE" w:rsidRPr="00787A83" w:rsidRDefault="00000000">
      <w:pPr>
        <w:spacing w:after="320"/>
        <w:rPr>
          <w:sz w:val="24"/>
          <w:szCs w:val="28"/>
        </w:rPr>
      </w:pPr>
      <w:sdt>
        <w:sdtPr>
          <w:rPr>
            <w:sz w:val="24"/>
            <w:szCs w:val="28"/>
          </w:rPr>
          <w:alias w:val="ATBILDE_3"/>
          <w:tag w:val="ATBILDE_3"/>
          <w:id w:val="1233581575"/>
          <w:text/>
        </w:sdtPr>
        <w:sdtContent>
          <w:r w:rsidRPr="00787A83">
            <w:rPr>
              <w:i/>
              <w:color w:val="6E6E6E"/>
              <w:sz w:val="24"/>
              <w:szCs w:val="28"/>
            </w:rPr>
            <w:t>Klikšķini šeit un ieraksti atbildi.</w:t>
          </w:r>
        </w:sdtContent>
      </w:sdt>
    </w:p>
    <w:p w14:paraId="2E98BFF4" w14:textId="48C1BFBC" w:rsidR="004415AE" w:rsidRPr="00787A83" w:rsidRDefault="00000000" w:rsidP="00787A83">
      <w:pPr>
        <w:rPr>
          <w:sz w:val="24"/>
          <w:szCs w:val="28"/>
        </w:rPr>
      </w:pPr>
      <w:r w:rsidRPr="00787A83">
        <w:rPr>
          <w:sz w:val="24"/>
          <w:szCs w:val="28"/>
        </w:rPr>
        <w:br w:type="page"/>
      </w:r>
      <w:r w:rsidRPr="00787A83">
        <w:rPr>
          <w:sz w:val="32"/>
          <w:szCs w:val="36"/>
        </w:rPr>
        <w:lastRenderedPageBreak/>
        <w:t>4</w:t>
      </w:r>
      <w:r w:rsidRPr="00787A83">
        <w:rPr>
          <w:rFonts w:asciiTheme="majorHAnsi" w:eastAsiaTheme="majorEastAsia" w:hAnsiTheme="majorHAnsi" w:cstheme="majorBidi"/>
          <w:b/>
          <w:bCs/>
          <w:sz w:val="32"/>
          <w:szCs w:val="36"/>
        </w:rPr>
        <w:t xml:space="preserve">. </w:t>
      </w:r>
      <w:proofErr w:type="gramStart"/>
      <w:r w:rsidRPr="00787A83">
        <w:rPr>
          <w:rFonts w:asciiTheme="majorHAnsi" w:eastAsiaTheme="majorEastAsia" w:hAnsiTheme="majorHAnsi" w:cstheme="majorBidi"/>
          <w:b/>
          <w:bCs/>
          <w:sz w:val="32"/>
          <w:szCs w:val="36"/>
        </w:rPr>
        <w:t>uzdevums  Piemērotas</w:t>
      </w:r>
      <w:proofErr w:type="gramEnd"/>
      <w:r w:rsidRPr="00787A83">
        <w:rPr>
          <w:rFonts w:asciiTheme="majorHAnsi" w:eastAsiaTheme="majorEastAsia" w:hAnsiTheme="majorHAnsi" w:cstheme="majorBidi"/>
          <w:b/>
          <w:bCs/>
          <w:sz w:val="32"/>
          <w:szCs w:val="36"/>
        </w:rPr>
        <w:t xml:space="preserve"> komplektācijas izvēle</w:t>
      </w:r>
      <w:r w:rsidRPr="00787A83">
        <w:rPr>
          <w:i/>
          <w:szCs w:val="36"/>
        </w:rPr>
        <w:t xml:space="preserve">   8 punkti</w:t>
      </w:r>
    </w:p>
    <w:p w14:paraId="3508B61A" w14:textId="77777777" w:rsidR="004415AE" w:rsidRPr="00787A83" w:rsidRDefault="00000000">
      <w:pPr>
        <w:keepNext/>
        <w:rPr>
          <w:sz w:val="24"/>
          <w:szCs w:val="28"/>
        </w:rPr>
      </w:pPr>
      <w:r w:rsidRPr="00787A83">
        <w:rPr>
          <w:sz w:val="24"/>
          <w:szCs w:val="28"/>
        </w:rPr>
        <w:t>Tu konsultē 10. klases skolēnu, kurš katru dienu nēsā ierīci uz skolu. Viņš vienlaikus lieto pārlūku, dokumentu redaktoru un videozvanu, reizēm montē īsus video, bet mājās internets ne vienmēr ir pieejams. Budžets ir ierobežots. Apraksti piemērotu ierīces veidu un pamatotu komplektāciju: procesoru, operatīvo atmiņu, datu krātuvi, ekrānu un ievades veidu. Nosauc trīs svarīgākās prasības prioritārā secībā un paskaidro, kur pieļautu kompromisu.</w:t>
      </w:r>
    </w:p>
    <w:p w14:paraId="2A3EE1B5" w14:textId="77777777" w:rsidR="004415AE" w:rsidRPr="00787A83" w:rsidRDefault="00000000">
      <w:pPr>
        <w:keepNext/>
        <w:spacing w:before="80" w:after="40"/>
        <w:rPr>
          <w:sz w:val="24"/>
          <w:szCs w:val="28"/>
        </w:rPr>
      </w:pPr>
      <w:r w:rsidRPr="00787A83">
        <w:rPr>
          <w:b/>
          <w:szCs w:val="28"/>
        </w:rPr>
        <w:t>Atbilde</w:t>
      </w:r>
    </w:p>
    <w:p w14:paraId="4965A390" w14:textId="77777777" w:rsidR="004415AE" w:rsidRPr="00787A83" w:rsidRDefault="00000000">
      <w:pPr>
        <w:spacing w:after="320"/>
        <w:rPr>
          <w:sz w:val="24"/>
          <w:szCs w:val="28"/>
        </w:rPr>
      </w:pPr>
      <w:sdt>
        <w:sdtPr>
          <w:rPr>
            <w:sz w:val="24"/>
            <w:szCs w:val="28"/>
          </w:rPr>
          <w:alias w:val="ATBILDE_4"/>
          <w:tag w:val="ATBILDE_4"/>
          <w:id w:val="-869065024"/>
          <w:text/>
        </w:sdtPr>
        <w:sdtContent>
          <w:r w:rsidRPr="00787A83">
            <w:rPr>
              <w:i/>
              <w:color w:val="6E6E6E"/>
              <w:sz w:val="24"/>
              <w:szCs w:val="28"/>
            </w:rPr>
            <w:t>Klikšķini šeit un ieraksti atbildi.</w:t>
          </w:r>
        </w:sdtContent>
      </w:sdt>
    </w:p>
    <w:p w14:paraId="458722E4" w14:textId="77777777" w:rsidR="00787A83" w:rsidRDefault="00787A83">
      <w:pPr>
        <w:pStyle w:val="1"/>
        <w:rPr>
          <w:sz w:val="32"/>
          <w:szCs w:val="36"/>
        </w:rPr>
      </w:pPr>
    </w:p>
    <w:p w14:paraId="5B4097BD" w14:textId="167FF282" w:rsidR="004415AE" w:rsidRPr="00787A83" w:rsidRDefault="00000000">
      <w:pPr>
        <w:pStyle w:val="1"/>
        <w:rPr>
          <w:sz w:val="32"/>
          <w:szCs w:val="36"/>
        </w:rPr>
      </w:pPr>
      <w:r w:rsidRPr="00787A83">
        <w:rPr>
          <w:sz w:val="32"/>
          <w:szCs w:val="36"/>
        </w:rPr>
        <w:t xml:space="preserve">5. </w:t>
      </w:r>
      <w:proofErr w:type="gramStart"/>
      <w:r w:rsidRPr="00787A83">
        <w:rPr>
          <w:sz w:val="32"/>
          <w:szCs w:val="36"/>
        </w:rPr>
        <w:t>uzdevums  Droša</w:t>
      </w:r>
      <w:proofErr w:type="gramEnd"/>
      <w:r w:rsidRPr="00787A83">
        <w:rPr>
          <w:sz w:val="32"/>
          <w:szCs w:val="36"/>
        </w:rPr>
        <w:t xml:space="preserve"> un atbildīga lietošana</w:t>
      </w:r>
      <w:r w:rsidRPr="00787A83">
        <w:rPr>
          <w:i/>
          <w:sz w:val="21"/>
          <w:szCs w:val="36"/>
        </w:rPr>
        <w:t xml:space="preserve">   8 punkti</w:t>
      </w:r>
    </w:p>
    <w:p w14:paraId="580A11FD" w14:textId="77777777" w:rsidR="004415AE" w:rsidRPr="00787A83" w:rsidRDefault="00000000">
      <w:pPr>
        <w:keepNext/>
        <w:rPr>
          <w:sz w:val="24"/>
          <w:szCs w:val="28"/>
        </w:rPr>
      </w:pPr>
      <w:r w:rsidRPr="00787A83">
        <w:rPr>
          <w:sz w:val="24"/>
          <w:szCs w:val="28"/>
        </w:rPr>
        <w:t>Klasesbiedrs strādā ar klēpjdatoru uz mīkstas segas, kas aizsedz ventilācijas atveres. Viņš ilgi skatās spilgtā ekrānā tumšā istabā un atliek operētājsistēmas atjauninājumus, jo tie “tikai traucē”. Izvērtē riskus ierīcei, veselībai un datu drošībai. Iesaki, ko mainīt vispirms un ko darīt pēc tam, un pamato šo secību. Paskaidro, ar ko operētājsistēmas atjaunināšana atšķiras no jaunas lietotnes instalēšanas.</w:t>
      </w:r>
    </w:p>
    <w:p w14:paraId="1560F912" w14:textId="77777777" w:rsidR="004415AE" w:rsidRPr="00787A83" w:rsidRDefault="00000000">
      <w:pPr>
        <w:keepNext/>
        <w:spacing w:before="80" w:after="40"/>
        <w:rPr>
          <w:sz w:val="24"/>
          <w:szCs w:val="28"/>
        </w:rPr>
      </w:pPr>
      <w:r w:rsidRPr="00787A83">
        <w:rPr>
          <w:b/>
          <w:szCs w:val="28"/>
        </w:rPr>
        <w:t>Atbilde</w:t>
      </w:r>
    </w:p>
    <w:p w14:paraId="597EB5DB" w14:textId="68711C12" w:rsidR="004415AE" w:rsidRPr="00787A83" w:rsidRDefault="00000000" w:rsidP="00787A83">
      <w:pPr>
        <w:spacing w:after="320"/>
        <w:rPr>
          <w:sz w:val="24"/>
          <w:szCs w:val="28"/>
        </w:rPr>
      </w:pPr>
      <w:sdt>
        <w:sdtPr>
          <w:rPr>
            <w:sz w:val="24"/>
            <w:szCs w:val="28"/>
          </w:rPr>
          <w:alias w:val="ATBILDE_5"/>
          <w:tag w:val="ATBILDE_5"/>
          <w:id w:val="23760108"/>
          <w:text/>
        </w:sdtPr>
        <w:sdtContent>
          <w:r w:rsidRPr="00787A83">
            <w:rPr>
              <w:i/>
              <w:color w:val="6E6E6E"/>
              <w:sz w:val="24"/>
              <w:szCs w:val="28"/>
            </w:rPr>
            <w:t xml:space="preserve">Klikšķini </w:t>
          </w:r>
          <w:proofErr w:type="spellStart"/>
          <w:r w:rsidRPr="00787A83">
            <w:rPr>
              <w:i/>
              <w:color w:val="6E6E6E"/>
              <w:sz w:val="24"/>
              <w:szCs w:val="28"/>
            </w:rPr>
            <w:t>šeit</w:t>
          </w:r>
          <w:proofErr w:type="spellEnd"/>
          <w:r w:rsidRPr="00787A83">
            <w:rPr>
              <w:i/>
              <w:color w:val="6E6E6E"/>
              <w:sz w:val="24"/>
              <w:szCs w:val="28"/>
            </w:rPr>
            <w:t xml:space="preserve"> un </w:t>
          </w:r>
          <w:proofErr w:type="spellStart"/>
          <w:r w:rsidRPr="00787A83">
            <w:rPr>
              <w:i/>
              <w:color w:val="6E6E6E"/>
              <w:sz w:val="24"/>
              <w:szCs w:val="28"/>
            </w:rPr>
            <w:t>ieraksti</w:t>
          </w:r>
          <w:proofErr w:type="spellEnd"/>
          <w:r w:rsidRPr="00787A83">
            <w:rPr>
              <w:i/>
              <w:color w:val="6E6E6E"/>
              <w:sz w:val="24"/>
              <w:szCs w:val="28"/>
            </w:rPr>
            <w:t xml:space="preserve"> atbildi.</w:t>
          </w:r>
        </w:sdtContent>
      </w:sdt>
    </w:p>
    <w:p w14:paraId="31D81755" w14:textId="77777777" w:rsidR="00787A83" w:rsidRDefault="00787A83">
      <w:pPr>
        <w:pStyle w:val="1"/>
        <w:rPr>
          <w:sz w:val="32"/>
          <w:szCs w:val="36"/>
        </w:rPr>
      </w:pPr>
    </w:p>
    <w:p w14:paraId="30FE077E" w14:textId="6C527179" w:rsidR="004415AE" w:rsidRPr="00787A83" w:rsidRDefault="00787A83">
      <w:pPr>
        <w:pStyle w:val="1"/>
        <w:rPr>
          <w:sz w:val="32"/>
          <w:szCs w:val="36"/>
        </w:rPr>
      </w:pPr>
      <w:r>
        <w:rPr>
          <w:sz w:val="32"/>
          <w:szCs w:val="36"/>
        </w:rPr>
        <w:t>6</w:t>
      </w:r>
      <w:r w:rsidR="00000000" w:rsidRPr="00787A83">
        <w:rPr>
          <w:sz w:val="32"/>
          <w:szCs w:val="36"/>
        </w:rPr>
        <w:t xml:space="preserve">. </w:t>
      </w:r>
      <w:proofErr w:type="spellStart"/>
      <w:r w:rsidR="00000000" w:rsidRPr="00787A83">
        <w:rPr>
          <w:sz w:val="32"/>
          <w:szCs w:val="36"/>
        </w:rPr>
        <w:t>uzdevums</w:t>
      </w:r>
      <w:proofErr w:type="spellEnd"/>
      <w:r w:rsidR="00000000" w:rsidRPr="00787A83">
        <w:rPr>
          <w:sz w:val="32"/>
          <w:szCs w:val="36"/>
        </w:rPr>
        <w:t xml:space="preserve"> </w:t>
      </w:r>
      <w:proofErr w:type="spellStart"/>
      <w:r w:rsidR="00000000" w:rsidRPr="00787A83">
        <w:rPr>
          <w:sz w:val="32"/>
          <w:szCs w:val="36"/>
        </w:rPr>
        <w:t>Lēmums</w:t>
      </w:r>
      <w:proofErr w:type="spellEnd"/>
      <w:r w:rsidR="00000000" w:rsidRPr="00787A83">
        <w:rPr>
          <w:sz w:val="32"/>
          <w:szCs w:val="36"/>
        </w:rPr>
        <w:t xml:space="preserve"> </w:t>
      </w:r>
      <w:proofErr w:type="spellStart"/>
      <w:r w:rsidR="00000000" w:rsidRPr="00787A83">
        <w:rPr>
          <w:sz w:val="32"/>
          <w:szCs w:val="36"/>
        </w:rPr>
        <w:t>pirms</w:t>
      </w:r>
      <w:proofErr w:type="spellEnd"/>
      <w:r w:rsidR="00000000" w:rsidRPr="00787A83">
        <w:rPr>
          <w:sz w:val="32"/>
          <w:szCs w:val="36"/>
        </w:rPr>
        <w:t xml:space="preserve"> </w:t>
      </w:r>
      <w:proofErr w:type="spellStart"/>
      <w:r w:rsidR="00000000" w:rsidRPr="00787A83">
        <w:rPr>
          <w:sz w:val="32"/>
          <w:szCs w:val="36"/>
        </w:rPr>
        <w:t>datoru</w:t>
      </w:r>
      <w:proofErr w:type="spellEnd"/>
      <w:r w:rsidR="00000000" w:rsidRPr="00787A83">
        <w:rPr>
          <w:sz w:val="32"/>
          <w:szCs w:val="36"/>
        </w:rPr>
        <w:t xml:space="preserve"> </w:t>
      </w:r>
      <w:proofErr w:type="spellStart"/>
      <w:r w:rsidR="00000000" w:rsidRPr="00787A83">
        <w:rPr>
          <w:sz w:val="32"/>
          <w:szCs w:val="36"/>
        </w:rPr>
        <w:t>iegādes</w:t>
      </w:r>
      <w:proofErr w:type="spellEnd"/>
      <w:r w:rsidR="00000000" w:rsidRPr="00787A83">
        <w:rPr>
          <w:i/>
          <w:sz w:val="21"/>
          <w:szCs w:val="36"/>
        </w:rPr>
        <w:t xml:space="preserve">   8 punkti</w:t>
      </w:r>
    </w:p>
    <w:p w14:paraId="1C723AA0" w14:textId="77777777" w:rsidR="004415AE" w:rsidRPr="00787A83" w:rsidRDefault="00000000">
      <w:pPr>
        <w:keepNext/>
        <w:rPr>
          <w:sz w:val="24"/>
          <w:szCs w:val="28"/>
        </w:rPr>
      </w:pPr>
      <w:r w:rsidRPr="00787A83">
        <w:rPr>
          <w:sz w:val="24"/>
          <w:szCs w:val="28"/>
        </w:rPr>
        <w:t>Skola plāno iegādāties datorus mācību kabinetam vairākiem gadiem. Vienai mācību lietotnei vajadzīga ar to savietojama operētājsistēma, skolēniem nepieciešami atsevišķi konti un daļai lietotāju — lielāks teksts ekrānā. Pārdevējs iesaka vislētākos datorus, neprecizējot operētājsistēmu un atjauninājumu iespējas. Kādus jautājumus tu uzdotu pirms pirkuma? Izskaidro vismaz divus riskus, ja skola izvēlētos tikai pēc cenas, un piedāvā pamatotu lēmuma pieņemšanas principu.</w:t>
      </w:r>
    </w:p>
    <w:p w14:paraId="653FDB66" w14:textId="77777777" w:rsidR="004415AE" w:rsidRPr="00787A83" w:rsidRDefault="00000000">
      <w:pPr>
        <w:keepNext/>
        <w:spacing w:before="80" w:after="40"/>
        <w:rPr>
          <w:sz w:val="24"/>
          <w:szCs w:val="28"/>
        </w:rPr>
      </w:pPr>
      <w:r w:rsidRPr="00787A83">
        <w:rPr>
          <w:b/>
          <w:szCs w:val="28"/>
        </w:rPr>
        <w:t>Atbilde</w:t>
      </w:r>
    </w:p>
    <w:p w14:paraId="5DD0B8A3" w14:textId="77777777" w:rsidR="004415AE" w:rsidRPr="00787A83" w:rsidRDefault="00000000">
      <w:pPr>
        <w:spacing w:after="320"/>
        <w:rPr>
          <w:sz w:val="24"/>
          <w:szCs w:val="28"/>
        </w:rPr>
      </w:pPr>
      <w:sdt>
        <w:sdtPr>
          <w:rPr>
            <w:sz w:val="24"/>
            <w:szCs w:val="28"/>
          </w:rPr>
          <w:alias w:val="ATBILDE_7"/>
          <w:tag w:val="ATBILDE_7"/>
          <w:id w:val="-662855374"/>
          <w:text/>
        </w:sdtPr>
        <w:sdtContent>
          <w:r w:rsidRPr="00787A83">
            <w:rPr>
              <w:i/>
              <w:color w:val="6E6E6E"/>
              <w:sz w:val="24"/>
              <w:szCs w:val="28"/>
            </w:rPr>
            <w:t>Klikšķini šeit un ieraksti atbildi.</w:t>
          </w:r>
        </w:sdtContent>
      </w:sdt>
    </w:p>
    <w:sectPr w:rsidR="004415AE" w:rsidRPr="00787A83" w:rsidSect="00034616">
      <w:pgSz w:w="11906" w:h="16838"/>
      <w:pgMar w:top="1077" w:right="1191" w:bottom="1020"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599286550">
    <w:abstractNumId w:val="8"/>
  </w:num>
  <w:num w:numId="2" w16cid:durableId="1787044386">
    <w:abstractNumId w:val="6"/>
  </w:num>
  <w:num w:numId="3" w16cid:durableId="1899970653">
    <w:abstractNumId w:val="5"/>
  </w:num>
  <w:num w:numId="4" w16cid:durableId="1558736335">
    <w:abstractNumId w:val="4"/>
  </w:num>
  <w:num w:numId="5" w16cid:durableId="1729066985">
    <w:abstractNumId w:val="7"/>
  </w:num>
  <w:num w:numId="6" w16cid:durableId="932974446">
    <w:abstractNumId w:val="3"/>
  </w:num>
  <w:num w:numId="7" w16cid:durableId="1939942045">
    <w:abstractNumId w:val="2"/>
  </w:num>
  <w:num w:numId="8" w16cid:durableId="650213726">
    <w:abstractNumId w:val="1"/>
  </w:num>
  <w:num w:numId="9" w16cid:durableId="195359127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6"/>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415AE"/>
    <w:rsid w:val="00787A83"/>
    <w:rsid w:val="0082069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030583"/>
  <w14:defaultImageDpi w14:val="300"/>
  <w15:docId w15:val="{D3FCA775-9BC6-C542-BCEF-08E838072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78" w:lineRule="auto"/>
    </w:pPr>
    <w:rPr>
      <w:rFonts w:ascii="Arial" w:hAnsi="Arial"/>
      <w:color w:val="000000"/>
      <w:sz w:val="21"/>
    </w:rPr>
  </w:style>
  <w:style w:type="paragraph" w:styleId="1">
    <w:name w:val="heading 1"/>
    <w:basedOn w:val="a1"/>
    <w:next w:val="a1"/>
    <w:link w:val="10"/>
    <w:uiPriority w:val="9"/>
    <w:qFormat/>
    <w:rsid w:val="00FC693F"/>
    <w:pPr>
      <w:keepNext/>
      <w:keepLines/>
      <w:spacing w:before="280" w:after="100"/>
      <w:outlineLvl w:val="0"/>
    </w:pPr>
    <w:rPr>
      <w:rFonts w:asciiTheme="majorHAnsi" w:eastAsiaTheme="majorEastAsia" w:hAnsiTheme="majorHAnsi" w:cstheme="majorBidi"/>
      <w:b/>
      <w:bCs/>
      <w:sz w:val="24"/>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spacing w:after="80" w:line="240" w:lineRule="auto"/>
      <w:contextualSpacing/>
    </w:pPr>
    <w:rPr>
      <w:rFonts w:asciiTheme="majorHAnsi" w:eastAsiaTheme="majorEastAsia" w:hAnsiTheme="majorHAnsi" w:cstheme="majorBidi"/>
      <w:b/>
      <w:spacing w:val="5"/>
      <w:kern w:val="28"/>
      <w:sz w:val="36"/>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spacing w:after="260"/>
    </w:pPr>
    <w:rPr>
      <w:rFonts w:asciiTheme="majorHAnsi" w:eastAsiaTheme="majorEastAsia" w:hAnsiTheme="majorHAnsi" w:cstheme="majorBidi"/>
      <w:i/>
      <w:iCs/>
      <w:spacing w:val="15"/>
      <w:sz w:val="22"/>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531</Words>
  <Characters>3030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Mareks Kolosovskis</cp:lastModifiedBy>
  <cp:revision>2</cp:revision>
  <dcterms:created xsi:type="dcterms:W3CDTF">2013-12-23T23:15:00Z</dcterms:created>
  <dcterms:modified xsi:type="dcterms:W3CDTF">2026-10-06T18:46:00Z</dcterms:modified>
  <cp:category/>
</cp:coreProperties>
</file>