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88B4DF" w14:textId="748F8076" w:rsidR="00A9300D" w:rsidRDefault="00000000" w:rsidP="00A9300D">
      <w:pPr>
        <w:pStyle w:val="aa"/>
      </w:pPr>
      <w:proofErr w:type="spellStart"/>
      <w:r>
        <w:t>Informācijas</w:t>
      </w:r>
      <w:proofErr w:type="spellEnd"/>
      <w:r>
        <w:t xml:space="preserve"> </w:t>
      </w:r>
      <w:proofErr w:type="spellStart"/>
      <w:r>
        <w:t>kodēšana</w:t>
      </w:r>
      <w:proofErr w:type="spellEnd"/>
    </w:p>
    <w:p w14:paraId="78AE2A6E" w14:textId="77777777" w:rsidR="00A9300D" w:rsidRPr="00A9300D" w:rsidRDefault="00A9300D" w:rsidP="00A9300D"/>
    <w:p w14:paraId="027E3704" w14:textId="0A33D540" w:rsidR="00D66DA8" w:rsidRDefault="00000000">
      <w:pPr>
        <w:keepNext/>
        <w:spacing w:before="180"/>
      </w:pPr>
      <w:r>
        <w:rPr>
          <w:b/>
        </w:rPr>
        <w:t>1. Kodēšana ikdienā</w:t>
      </w:r>
    </w:p>
    <w:p w14:paraId="3F115784" w14:textId="77777777" w:rsidR="00D66DA8" w:rsidRDefault="00000000">
      <w:pPr>
        <w:keepNext/>
      </w:pPr>
      <w:r>
        <w:t>Nosauc vienu informācijas kodēšanas piemēru ārpus datora. Paskaidro, ko izvēlētās zīmes vai signāli nozīmē un kāpēc tie ir noderīgi.</w:t>
      </w:r>
    </w:p>
    <w:p w14:paraId="17572C3D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0648DD01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345335B9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7740C32F" w14:textId="77777777" w:rsidR="00D66DA8" w:rsidRDefault="00000000">
      <w:pPr>
        <w:keepNext/>
        <w:spacing w:before="180"/>
      </w:pPr>
      <w:r>
        <w:rPr>
          <w:b/>
        </w:rPr>
        <w:t>2. Kodēšana un slepenība</w:t>
      </w:r>
    </w:p>
    <w:p w14:paraId="0A8CDF22" w14:textId="77777777" w:rsidR="00D66DA8" w:rsidRDefault="00000000">
      <w:pPr>
        <w:keepNext/>
      </w:pPr>
      <w:r>
        <w:t>Autobusa maršrutam piešķirts numurs 12. Skolēns saka: “Ja informācija ir kodēta, to var saprast tikai slepenā koda zinātājs.” Vai viņam ir taisnība? Pamato ar šo piemēru.</w:t>
      </w:r>
    </w:p>
    <w:p w14:paraId="5958D4F8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3FEF2215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53FB605C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6DAC965D" w14:textId="77777777" w:rsidR="00D66DA8" w:rsidRDefault="00000000">
      <w:pPr>
        <w:keepNext/>
        <w:spacing w:before="180"/>
      </w:pPr>
      <w:r>
        <w:rPr>
          <w:b/>
        </w:rPr>
        <w:t>3. Bita iespējas</w:t>
      </w:r>
    </w:p>
    <w:p w14:paraId="11117209" w14:textId="77777777" w:rsidR="00D66DA8" w:rsidRDefault="00000000">
      <w:pPr>
        <w:keepNext/>
      </w:pPr>
      <w:r>
        <w:t>Viens bits var būt 0 vai 1. Uzraksti visas iespējamās divu bitu virknes. Cik dažādu virkņu var izveidot no trim bitiem?</w:t>
      </w:r>
    </w:p>
    <w:p w14:paraId="65508DAC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5E57E77C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6D585E61" w14:textId="77777777" w:rsidR="00D66DA8" w:rsidRDefault="00000000">
      <w:pPr>
        <w:keepNext/>
        <w:spacing w:before="180"/>
      </w:pPr>
      <w:r>
        <w:rPr>
          <w:b/>
        </w:rPr>
        <w:t>4. Biti un baiti</w:t>
      </w:r>
    </w:p>
    <w:p w14:paraId="7229A360" w14:textId="77777777" w:rsidR="00D66DA8" w:rsidRDefault="00000000">
      <w:pPr>
        <w:keepNext/>
      </w:pPr>
      <w:r>
        <w:t>Dota virkne 01101001. Cik tajā ir bitu un cik baitu? Paskaidro, kā tu to noteici. Atceries: 1 baits = 8 biti.</w:t>
      </w:r>
    </w:p>
    <w:p w14:paraId="426D888B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7F1C2145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75356008" w14:textId="77777777" w:rsidR="00D66DA8" w:rsidRDefault="00000000">
      <w:pPr>
        <w:keepNext/>
        <w:spacing w:before="180"/>
      </w:pPr>
      <w:r>
        <w:rPr>
          <w:b/>
        </w:rPr>
        <w:t>5. Datu apjoms</w:t>
      </w:r>
    </w:p>
    <w:p w14:paraId="1BB1F870" w14:textId="77777777" w:rsidR="00D66DA8" w:rsidRDefault="00000000">
      <w:pPr>
        <w:keepNext/>
      </w:pPr>
      <w:r>
        <w:t>Cik bitu ir 5 baitos? Cik baitu ir 24 bitos? Abos gadījumos uzraksti arī aprēķinu.</w:t>
      </w:r>
    </w:p>
    <w:p w14:paraId="159498F6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00BCD8A8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67D05CDA" w14:textId="77777777" w:rsidR="00D66DA8" w:rsidRDefault="00000000">
      <w:r>
        <w:br w:type="page"/>
      </w:r>
    </w:p>
    <w:p w14:paraId="3F86FD66" w14:textId="77777777" w:rsidR="00D66DA8" w:rsidRDefault="00000000">
      <w:pPr>
        <w:pStyle w:val="1"/>
      </w:pPr>
      <w:r>
        <w:lastRenderedPageBreak/>
        <w:t>Skaitīšanas sistēmas</w:t>
      </w:r>
    </w:p>
    <w:p w14:paraId="38B40E11" w14:textId="77777777" w:rsidR="00D66DA8" w:rsidRDefault="00000000">
      <w:r>
        <w:t>Atgādne: 8 bitu pozīciju vērtības no kreisās ir 128, 64, 32, 16, 8, 4, 2, 1. Heksadecimālajā sistēmā A = 10, B = 11, C = 12, D = 13, E = 14, F = 15.</w:t>
      </w:r>
    </w:p>
    <w:p w14:paraId="6E8C7E1C" w14:textId="77777777" w:rsidR="00D66DA8" w:rsidRDefault="00000000">
      <w:pPr>
        <w:keepNext/>
        <w:spacing w:before="180"/>
      </w:pPr>
      <w:r>
        <w:rPr>
          <w:b/>
        </w:rPr>
        <w:t>6. No binārā uz decimālo</w:t>
      </w:r>
    </w:p>
    <w:p w14:paraId="1ECEF382" w14:textId="77777777" w:rsidR="00D66DA8" w:rsidRDefault="00000000">
      <w:pPr>
        <w:keepNext/>
      </w:pPr>
      <w:r>
        <w:t>Pārvērt bināro skaitli 10110 par decimālo skaitli. Parādi, kuras pozīciju vērtības saskaiti.</w:t>
      </w:r>
    </w:p>
    <w:p w14:paraId="046074F5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03738D5C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0302B84D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1A650617" w14:textId="77777777" w:rsidR="00D66DA8" w:rsidRDefault="00000000">
      <w:pPr>
        <w:keepNext/>
        <w:spacing w:before="180"/>
      </w:pPr>
      <w:r>
        <w:rPr>
          <w:b/>
        </w:rPr>
        <w:t>7. No decimālā uz bināro</w:t>
      </w:r>
    </w:p>
    <w:p w14:paraId="30A768F7" w14:textId="77777777" w:rsidR="00D66DA8" w:rsidRDefault="00000000">
      <w:pPr>
        <w:keepNext/>
      </w:pPr>
      <w:r>
        <w:t>Uzraksti decimālo skaitli 19 binārajā sistēmā, izmantojot tieši 8 bitus. Paskaidro savu izvēli.</w:t>
      </w:r>
    </w:p>
    <w:p w14:paraId="21729696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4407BD93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78009C5F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4A7BDEE6" w14:textId="77777777" w:rsidR="00D66DA8" w:rsidRDefault="00000000">
      <w:pPr>
        <w:keepNext/>
        <w:spacing w:before="180"/>
      </w:pPr>
      <w:r>
        <w:rPr>
          <w:b/>
        </w:rPr>
        <w:t>8. Salīdzini skaitļus</w:t>
      </w:r>
    </w:p>
    <w:p w14:paraId="0D22F719" w14:textId="77777777" w:rsidR="00D66DA8" w:rsidRDefault="00000000">
      <w:pPr>
        <w:keepNext/>
      </w:pPr>
      <w:r>
        <w:t>Kurš binārais skaitlis ir lielāks: 00101100 vai 00101011? Paskaidro, kā to var noteikt, nepārvēršot abus skaitļus decimālajā sistēmā.</w:t>
      </w:r>
    </w:p>
    <w:p w14:paraId="116E2FE2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4B2FB49D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0030B7C4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68068DAD" w14:textId="77777777" w:rsidR="00D66DA8" w:rsidRDefault="00000000">
      <w:pPr>
        <w:keepNext/>
        <w:spacing w:before="180"/>
      </w:pPr>
      <w:r>
        <w:rPr>
          <w:b/>
        </w:rPr>
        <w:t>9. Heksadecimālais skaitlis</w:t>
      </w:r>
    </w:p>
    <w:p w14:paraId="5E761DE2" w14:textId="77777777" w:rsidR="00D66DA8" w:rsidRDefault="00000000">
      <w:pPr>
        <w:keepNext/>
      </w:pPr>
      <w:r>
        <w:t>Pārvērt heksadecimālo skaitli 2F decimālajā sistēmā. Izmanto faktu, ka labējās pozīcijas vērtība ir 1, bet nākamās — 16. Parādi aprēķinu.</w:t>
      </w:r>
    </w:p>
    <w:p w14:paraId="74654EE0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6D8FD72A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423E66C3" w14:textId="77777777" w:rsidR="00D66DA8" w:rsidRDefault="00000000">
      <w:pPr>
        <w:keepNext/>
        <w:spacing w:before="180"/>
      </w:pPr>
      <w:r>
        <w:rPr>
          <w:b/>
        </w:rPr>
        <w:t>10. Četri biti vienā ciparā</w:t>
      </w:r>
    </w:p>
    <w:p w14:paraId="6EF90E18" w14:textId="77777777" w:rsidR="00D66DA8" w:rsidRDefault="00000000">
      <w:pPr>
        <w:keepNext/>
      </w:pPr>
      <w:r>
        <w:t>Bināro virkni 11110000 sadali divās četru bitu grupās. Katru grupu aizstāj ar vienu heksadecimālo ciparu. Uzraksti rezultātu un paskaidro, kāpēc vajadzīgi divi cipari.</w:t>
      </w:r>
    </w:p>
    <w:p w14:paraId="639EA4F4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582B169B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080F1CB7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46CD5B3E" w14:textId="77777777" w:rsidR="00D66DA8" w:rsidRDefault="00000000">
      <w:r>
        <w:br w:type="page"/>
      </w:r>
    </w:p>
    <w:p w14:paraId="4F322D4B" w14:textId="77777777" w:rsidR="00D66DA8" w:rsidRDefault="00000000">
      <w:pPr>
        <w:pStyle w:val="1"/>
      </w:pPr>
      <w:r>
        <w:lastRenderedPageBreak/>
        <w:t>Teksts un pikseļi</w:t>
      </w:r>
    </w:p>
    <w:p w14:paraId="530072EE" w14:textId="77777777" w:rsidR="00D66DA8" w:rsidRDefault="00000000">
      <w:pPr>
        <w:keepNext/>
        <w:spacing w:before="180"/>
      </w:pPr>
      <w:r>
        <w:rPr>
          <w:b/>
        </w:rPr>
        <w:t>11. Izmanto norunātu kodu</w:t>
      </w:r>
    </w:p>
    <w:p w14:paraId="534608C0" w14:textId="77777777" w:rsidR="00D66DA8" w:rsidRDefault="00000000">
      <w:pPr>
        <w:keepNext/>
      </w:pPr>
      <w:r>
        <w:t>Šajā uzdevumā dots pašu izveidots kods: A = 01, B = 10, C = 11. Kodē vārdu CAB. Pēc tam atkodē virkni 011110, sadalot to pa diviem bitiem.</w:t>
      </w:r>
    </w:p>
    <w:p w14:paraId="40CA83FE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343683BC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2A68A2AF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0B35CFD2" w14:textId="77777777" w:rsidR="00D66DA8" w:rsidRDefault="00000000">
      <w:pPr>
        <w:keepNext/>
        <w:spacing w:before="180"/>
      </w:pPr>
      <w:r>
        <w:rPr>
          <w:b/>
        </w:rPr>
        <w:t>12. Atrodi koda problēmu</w:t>
      </w:r>
    </w:p>
    <w:p w14:paraId="2A726044" w14:textId="77777777" w:rsidR="00D66DA8" w:rsidRDefault="00000000">
      <w:pPr>
        <w:keepNext/>
      </w:pPr>
      <w:r>
        <w:t>Citā kodā A = 0, B = 01, C = 1. Parādi divus dažādus veidus, kā var nolasīt virkni 01. Ierosini vienu izmaiņu, lai šāds pārpratums nerastos.</w:t>
      </w:r>
    </w:p>
    <w:p w14:paraId="00E3D44B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3F53EE94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11F4797D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6AE5678E" w14:textId="77777777" w:rsidR="00D66DA8" w:rsidRDefault="00000000">
      <w:pPr>
        <w:keepNext/>
        <w:spacing w:before="180"/>
      </w:pPr>
      <w:r>
        <w:rPr>
          <w:b/>
        </w:rPr>
        <w:t>13. Burti datorā</w:t>
      </w:r>
    </w:p>
    <w:p w14:paraId="7DC2A6CC" w14:textId="77777777" w:rsidR="00D66DA8" w:rsidRDefault="00000000">
      <w:pPr>
        <w:keepNext/>
      </w:pPr>
      <w:r>
        <w:t>Kāpēc datoram vajadzīga vienošanās par to, kurš skaitlis apzīmē kuru rakstzīmi? Kas varētu notikt, ja sūtītājs un saņēmējs izmantotu atšķirīgas kodu tabulas?</w:t>
      </w:r>
    </w:p>
    <w:p w14:paraId="2F85D5D3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3C68C0EA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19BDB2DE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1D83AAAB" w14:textId="77777777" w:rsidR="00D66DA8" w:rsidRDefault="00000000">
      <w:pPr>
        <w:keepNext/>
        <w:spacing w:before="180"/>
      </w:pPr>
      <w:r>
        <w:rPr>
          <w:b/>
        </w:rPr>
        <w:t>14. Rakstzīmju skaits un baiti</w:t>
      </w:r>
    </w:p>
    <w:p w14:paraId="5F37288D" w14:textId="77777777" w:rsidR="00D66DA8" w:rsidRDefault="00000000">
      <w:pPr>
        <w:keepNext/>
      </w:pPr>
      <w:r>
        <w:t>UTF-8 kodējumā daļa rakstzīmju aizņem vienu baitu, bet citas — vairākus. Divi teksti satur vienādu rakstzīmju skaitu. Vai tiem obligāti ir vienāds apjoms baitos? Pamato.</w:t>
      </w:r>
    </w:p>
    <w:p w14:paraId="621B9F88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58C41D57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76A672E3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6A9257F6" w14:textId="77777777" w:rsidR="00D66DA8" w:rsidRDefault="00000000">
      <w:pPr>
        <w:keepNext/>
        <w:spacing w:before="180"/>
      </w:pPr>
      <w:r>
        <w:rPr>
          <w:b/>
        </w:rPr>
        <w:t>15. Kodē pikseļu attēlu</w:t>
      </w:r>
    </w:p>
    <w:p w14:paraId="0B456EFB" w14:textId="77777777" w:rsidR="00D66DA8" w:rsidRDefault="00000000">
      <w:pPr>
        <w:keepNext/>
      </w:pPr>
      <w:r>
        <w:t>Aplūko zemāk redzamo 4 × 4 pikseļu attēlu. Balts pikselis ir 0, melns — 1. Uzraksti katras rindas četru bitu kodu, sākot no augšas un lasot no kreisās uz labo pusi.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46"/>
        <w:gridCol w:w="346"/>
        <w:gridCol w:w="346"/>
        <w:gridCol w:w="346"/>
      </w:tblGrid>
      <w:tr w:rsidR="00D66DA8" w14:paraId="26C4D071" w14:textId="77777777">
        <w:trPr>
          <w:trHeight w:val="346"/>
        </w:trPr>
        <w:tc>
          <w:tcPr>
            <w:tcW w:w="3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1BF5B45" w14:textId="77777777" w:rsidR="00D66DA8" w:rsidRDefault="00000000">
            <w:pPr>
              <w:spacing w:after="0" w:line="240" w:lineRule="auto"/>
            </w:pPr>
            <w:r>
              <w:rPr>
                <w:sz w:val="10"/>
              </w:rPr>
              <w:t xml:space="preserve"> </w:t>
            </w:r>
          </w:p>
        </w:tc>
        <w:tc>
          <w:tcPr>
            <w:tcW w:w="3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00000"/>
          </w:tcPr>
          <w:p w14:paraId="251D0F81" w14:textId="77777777" w:rsidR="00D66DA8" w:rsidRDefault="00000000">
            <w:pPr>
              <w:spacing w:after="0" w:line="240" w:lineRule="auto"/>
            </w:pPr>
            <w:r>
              <w:rPr>
                <w:sz w:val="10"/>
              </w:rPr>
              <w:t xml:space="preserve"> </w:t>
            </w:r>
          </w:p>
        </w:tc>
        <w:tc>
          <w:tcPr>
            <w:tcW w:w="3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00000"/>
          </w:tcPr>
          <w:p w14:paraId="66E88C7F" w14:textId="77777777" w:rsidR="00D66DA8" w:rsidRDefault="00000000">
            <w:pPr>
              <w:spacing w:after="0" w:line="240" w:lineRule="auto"/>
            </w:pPr>
            <w:r>
              <w:rPr>
                <w:sz w:val="10"/>
              </w:rPr>
              <w:t xml:space="preserve"> </w:t>
            </w:r>
          </w:p>
        </w:tc>
        <w:tc>
          <w:tcPr>
            <w:tcW w:w="3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262E3AB" w14:textId="77777777" w:rsidR="00D66DA8" w:rsidRDefault="00000000">
            <w:pPr>
              <w:spacing w:after="0" w:line="240" w:lineRule="auto"/>
            </w:pPr>
            <w:r>
              <w:rPr>
                <w:sz w:val="10"/>
              </w:rPr>
              <w:t xml:space="preserve"> </w:t>
            </w:r>
          </w:p>
        </w:tc>
      </w:tr>
      <w:tr w:rsidR="00D66DA8" w14:paraId="56FE719A" w14:textId="77777777">
        <w:trPr>
          <w:trHeight w:val="346"/>
        </w:trPr>
        <w:tc>
          <w:tcPr>
            <w:tcW w:w="3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00000"/>
          </w:tcPr>
          <w:p w14:paraId="677D572B" w14:textId="77777777" w:rsidR="00D66DA8" w:rsidRDefault="00000000">
            <w:pPr>
              <w:spacing w:after="0" w:line="240" w:lineRule="auto"/>
            </w:pPr>
            <w:r>
              <w:rPr>
                <w:sz w:val="10"/>
              </w:rPr>
              <w:t xml:space="preserve"> </w:t>
            </w:r>
          </w:p>
        </w:tc>
        <w:tc>
          <w:tcPr>
            <w:tcW w:w="3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E85EE7A" w14:textId="77777777" w:rsidR="00D66DA8" w:rsidRDefault="00000000">
            <w:pPr>
              <w:spacing w:after="0" w:line="240" w:lineRule="auto"/>
            </w:pPr>
            <w:r>
              <w:rPr>
                <w:sz w:val="10"/>
              </w:rPr>
              <w:t xml:space="preserve"> </w:t>
            </w:r>
          </w:p>
        </w:tc>
        <w:tc>
          <w:tcPr>
            <w:tcW w:w="3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31AA0B5" w14:textId="77777777" w:rsidR="00D66DA8" w:rsidRDefault="00000000">
            <w:pPr>
              <w:spacing w:after="0" w:line="240" w:lineRule="auto"/>
            </w:pPr>
            <w:r>
              <w:rPr>
                <w:sz w:val="10"/>
              </w:rPr>
              <w:t xml:space="preserve"> </w:t>
            </w:r>
          </w:p>
        </w:tc>
        <w:tc>
          <w:tcPr>
            <w:tcW w:w="3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00000"/>
          </w:tcPr>
          <w:p w14:paraId="2F93DFD3" w14:textId="77777777" w:rsidR="00D66DA8" w:rsidRDefault="00000000">
            <w:pPr>
              <w:spacing w:after="0" w:line="240" w:lineRule="auto"/>
            </w:pPr>
            <w:r>
              <w:rPr>
                <w:sz w:val="10"/>
              </w:rPr>
              <w:t xml:space="preserve"> </w:t>
            </w:r>
          </w:p>
        </w:tc>
      </w:tr>
      <w:tr w:rsidR="00D66DA8" w14:paraId="55709749" w14:textId="77777777">
        <w:trPr>
          <w:trHeight w:val="346"/>
        </w:trPr>
        <w:tc>
          <w:tcPr>
            <w:tcW w:w="3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00000"/>
          </w:tcPr>
          <w:p w14:paraId="7A590A84" w14:textId="77777777" w:rsidR="00D66DA8" w:rsidRDefault="00000000">
            <w:pPr>
              <w:spacing w:after="0" w:line="240" w:lineRule="auto"/>
            </w:pPr>
            <w:r>
              <w:rPr>
                <w:sz w:val="10"/>
              </w:rPr>
              <w:t xml:space="preserve"> </w:t>
            </w:r>
          </w:p>
        </w:tc>
        <w:tc>
          <w:tcPr>
            <w:tcW w:w="3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4F56788" w14:textId="77777777" w:rsidR="00D66DA8" w:rsidRDefault="00000000">
            <w:pPr>
              <w:spacing w:after="0" w:line="240" w:lineRule="auto"/>
            </w:pPr>
            <w:r>
              <w:rPr>
                <w:sz w:val="10"/>
              </w:rPr>
              <w:t xml:space="preserve"> </w:t>
            </w:r>
          </w:p>
        </w:tc>
        <w:tc>
          <w:tcPr>
            <w:tcW w:w="3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591B6BB" w14:textId="77777777" w:rsidR="00D66DA8" w:rsidRDefault="00000000">
            <w:pPr>
              <w:spacing w:after="0" w:line="240" w:lineRule="auto"/>
            </w:pPr>
            <w:r>
              <w:rPr>
                <w:sz w:val="10"/>
              </w:rPr>
              <w:t xml:space="preserve"> </w:t>
            </w:r>
          </w:p>
        </w:tc>
        <w:tc>
          <w:tcPr>
            <w:tcW w:w="3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00000"/>
          </w:tcPr>
          <w:p w14:paraId="121BF41C" w14:textId="77777777" w:rsidR="00D66DA8" w:rsidRDefault="00000000">
            <w:pPr>
              <w:spacing w:after="0" w:line="240" w:lineRule="auto"/>
            </w:pPr>
            <w:r>
              <w:rPr>
                <w:sz w:val="10"/>
              </w:rPr>
              <w:t xml:space="preserve"> </w:t>
            </w:r>
          </w:p>
        </w:tc>
      </w:tr>
      <w:tr w:rsidR="00D66DA8" w14:paraId="4928DCA8" w14:textId="77777777">
        <w:trPr>
          <w:trHeight w:val="346"/>
        </w:trPr>
        <w:tc>
          <w:tcPr>
            <w:tcW w:w="3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B689F70" w14:textId="77777777" w:rsidR="00D66DA8" w:rsidRDefault="00000000">
            <w:pPr>
              <w:spacing w:after="0" w:line="240" w:lineRule="auto"/>
            </w:pPr>
            <w:r>
              <w:rPr>
                <w:sz w:val="10"/>
              </w:rPr>
              <w:t xml:space="preserve"> </w:t>
            </w:r>
          </w:p>
        </w:tc>
        <w:tc>
          <w:tcPr>
            <w:tcW w:w="3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00000"/>
          </w:tcPr>
          <w:p w14:paraId="57B9764F" w14:textId="77777777" w:rsidR="00D66DA8" w:rsidRDefault="00000000">
            <w:pPr>
              <w:spacing w:after="0" w:line="240" w:lineRule="auto"/>
            </w:pPr>
            <w:r>
              <w:rPr>
                <w:sz w:val="10"/>
              </w:rPr>
              <w:t xml:space="preserve"> </w:t>
            </w:r>
          </w:p>
        </w:tc>
        <w:tc>
          <w:tcPr>
            <w:tcW w:w="3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00000"/>
          </w:tcPr>
          <w:p w14:paraId="00FCA0C0" w14:textId="77777777" w:rsidR="00D66DA8" w:rsidRDefault="00000000">
            <w:pPr>
              <w:spacing w:after="0" w:line="240" w:lineRule="auto"/>
            </w:pPr>
            <w:r>
              <w:rPr>
                <w:sz w:val="10"/>
              </w:rPr>
              <w:t xml:space="preserve"> </w:t>
            </w:r>
          </w:p>
        </w:tc>
        <w:tc>
          <w:tcPr>
            <w:tcW w:w="3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6AF9660" w14:textId="77777777" w:rsidR="00D66DA8" w:rsidRDefault="00000000">
            <w:pPr>
              <w:spacing w:after="0" w:line="240" w:lineRule="auto"/>
            </w:pPr>
            <w:r>
              <w:rPr>
                <w:sz w:val="10"/>
              </w:rPr>
              <w:t xml:space="preserve"> </w:t>
            </w:r>
          </w:p>
        </w:tc>
      </w:tr>
    </w:tbl>
    <w:p w14:paraId="3FA6011B" w14:textId="77777777" w:rsidR="00D66DA8" w:rsidRDefault="00000000">
      <w:r>
        <w:t>1. rinda __________  2. rinda __________  3. rinda __________  4. rinda __________</w:t>
      </w:r>
    </w:p>
    <w:p w14:paraId="5E854E1C" w14:textId="77777777" w:rsidR="00D66DA8" w:rsidRDefault="00000000">
      <w:r>
        <w:br w:type="page"/>
      </w:r>
    </w:p>
    <w:p w14:paraId="3B127831" w14:textId="77777777" w:rsidR="00D66DA8" w:rsidRDefault="00000000">
      <w:pPr>
        <w:pStyle w:val="1"/>
      </w:pPr>
      <w:r>
        <w:lastRenderedPageBreak/>
        <w:t>Attēls skaņa un video</w:t>
      </w:r>
    </w:p>
    <w:p w14:paraId="4E99B87B" w14:textId="77777777" w:rsidR="00D66DA8" w:rsidRDefault="00000000">
      <w:pPr>
        <w:keepNext/>
        <w:spacing w:before="180"/>
      </w:pPr>
      <w:r>
        <w:rPr>
          <w:b/>
        </w:rPr>
        <w:t>16. Attēla datu apjoms</w:t>
      </w:r>
    </w:p>
    <w:p w14:paraId="7A4727DD" w14:textId="77777777" w:rsidR="00D66DA8" w:rsidRDefault="00000000">
      <w:pPr>
        <w:keepNext/>
      </w:pPr>
      <w:r>
        <w:t>Attēlā ir 8 × 8 pikseļi. Pirmajā variantā katram pikselim izmanto 1 bitu, otrajā — 4 bitus. Aprēķini abu variantu apjomu bitos un norādi, cik reižu otrais ir lielāks. Galvenes un citus papildu datus neņem vērā.</w:t>
      </w:r>
    </w:p>
    <w:p w14:paraId="16D139AE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739E8D5E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24A24217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7FCE3841" w14:textId="77777777" w:rsidR="00D66DA8" w:rsidRDefault="00000000">
      <w:pPr>
        <w:keepNext/>
        <w:spacing w:before="180"/>
      </w:pPr>
      <w:r>
        <w:rPr>
          <w:b/>
        </w:rPr>
        <w:t>17. Palielināts attēls</w:t>
      </w:r>
    </w:p>
    <w:p w14:paraId="255115E4" w14:textId="77777777" w:rsidR="00D66DA8" w:rsidRDefault="00000000">
      <w:pPr>
        <w:keepNext/>
      </w:pPr>
      <w:r>
        <w:t>Mazs rastra attēls pēc stipras palielināšanas izskatās kā krāsainu kvadrātiņu kopums. Paskaidro, kāpēc tā notiek. Vai vienkārša palielināšana pati rada jaunas attēla detaļas?</w:t>
      </w:r>
    </w:p>
    <w:p w14:paraId="32C1A478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49CF64DD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345D40E3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788F0CB1" w14:textId="77777777" w:rsidR="00D66DA8" w:rsidRDefault="00000000">
      <w:pPr>
        <w:keepNext/>
        <w:spacing w:before="180"/>
      </w:pPr>
      <w:r>
        <w:rPr>
          <w:b/>
        </w:rPr>
        <w:t>18. Skaņas mērījumi</w:t>
      </w:r>
    </w:p>
    <w:p w14:paraId="22E6E667" w14:textId="77777777" w:rsidR="00D66DA8" w:rsidRDefault="00000000">
      <w:pPr>
        <w:keepNext/>
      </w:pPr>
      <w:r>
        <w:t>Vienā skaņas ierakstā katru sekundi veic 8000 mērījumu, otrā — 16 000. Cik mērījumu ir katrā divu sekunžu ierakstā? Kurš ieraksts var saglabāt vairāk skaņas detaļu, ja pārējie nosacījumi ir vienādi?</w:t>
      </w:r>
    </w:p>
    <w:p w14:paraId="0F21B9E3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1BE50359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3BBE248E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088D3069" w14:textId="77777777" w:rsidR="00D66DA8" w:rsidRDefault="00000000">
      <w:pPr>
        <w:keepNext/>
        <w:spacing w:before="180"/>
      </w:pPr>
      <w:r>
        <w:rPr>
          <w:b/>
        </w:rPr>
        <w:t>19. Video kadri</w:t>
      </w:r>
    </w:p>
    <w:p w14:paraId="2B86D0F0" w14:textId="77777777" w:rsidR="00D66DA8" w:rsidRDefault="00000000">
      <w:pPr>
        <w:keepNext/>
      </w:pPr>
      <w:r>
        <w:t>Video ilgst 10 sekundes un rāda 25 kadrus sekundē. Cik kadru tajā ir? Paskaidro, kāpēc video parasti vajag vairāk datu nekā vienam tāda paša izmēra attēlam.</w:t>
      </w:r>
    </w:p>
    <w:p w14:paraId="6E0A41C7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1A8A7125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4C236A0A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05A7D40F" w14:textId="77777777" w:rsidR="00D66DA8" w:rsidRDefault="00000000">
      <w:pPr>
        <w:keepNext/>
        <w:spacing w:before="180"/>
      </w:pPr>
      <w:r>
        <w:rPr>
          <w:b/>
        </w:rPr>
        <w:t>20. Mazāks fails</w:t>
      </w:r>
    </w:p>
    <w:p w14:paraId="127EEF6F" w14:textId="77777777" w:rsidR="00D66DA8" w:rsidRDefault="00000000">
      <w:pPr>
        <w:keepNext/>
      </w:pPr>
      <w:r>
        <w:t>Skolēns samazināja attēla faila apjomu un apgalvo: “Tagad attēla kvalitāte noteikti ir sliktāka.” Vai tas vienmēr ir pareizi? Paskaidro atšķirību starp saspiešanu ar zudumiem un bez zudumiem.</w:t>
      </w:r>
    </w:p>
    <w:p w14:paraId="2AB440B4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602308E3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3B18E1F4" w14:textId="77777777" w:rsidR="00D66DA8" w:rsidRDefault="00000000">
      <w:pPr>
        <w:spacing w:after="20" w:line="240" w:lineRule="auto"/>
      </w:pPr>
      <w:r>
        <w:rPr>
          <w:color w:val="AFAFAF"/>
          <w:sz w:val="18"/>
        </w:rPr>
        <w:t>________________________________________________________________________________</w:t>
      </w:r>
    </w:p>
    <w:p w14:paraId="44A12049" w14:textId="4C9EC6C8" w:rsidR="00D66DA8" w:rsidRDefault="00D66DA8"/>
    <w:sectPr w:rsidR="00D66DA8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8248282">
    <w:abstractNumId w:val="8"/>
  </w:num>
  <w:num w:numId="2" w16cid:durableId="1678847754">
    <w:abstractNumId w:val="6"/>
  </w:num>
  <w:num w:numId="3" w16cid:durableId="1815679961">
    <w:abstractNumId w:val="5"/>
  </w:num>
  <w:num w:numId="4" w16cid:durableId="624234131">
    <w:abstractNumId w:val="4"/>
  </w:num>
  <w:num w:numId="5" w16cid:durableId="679359051">
    <w:abstractNumId w:val="7"/>
  </w:num>
  <w:num w:numId="6" w16cid:durableId="919370254">
    <w:abstractNumId w:val="3"/>
  </w:num>
  <w:num w:numId="7" w16cid:durableId="1304433190">
    <w:abstractNumId w:val="2"/>
  </w:num>
  <w:num w:numId="8" w16cid:durableId="1916089335">
    <w:abstractNumId w:val="1"/>
  </w:num>
  <w:num w:numId="9" w16cid:durableId="190926617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724F"/>
    <w:rsid w:val="0015074B"/>
    <w:rsid w:val="0029639D"/>
    <w:rsid w:val="00326F90"/>
    <w:rsid w:val="00A9300D"/>
    <w:rsid w:val="00AA1D8D"/>
    <w:rsid w:val="00B47730"/>
    <w:rsid w:val="00CB0664"/>
    <w:rsid w:val="00D66D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0F14A2"/>
  <w14:defaultImageDpi w14:val="300"/>
  <w15:docId w15:val="{8189F5EB-FA98-4847-A8B1-90AF50781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Arial" w:hAnsi="Arial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20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1201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Informācijas kodēšana 8 klasei</dc:title>
  <dc:subject/>
  <dc:creator/>
  <cp:keywords/>
  <dc:description>generated by python-docx</dc:description>
  <cp:lastModifiedBy>Mareks Kolosovskis</cp:lastModifiedBy>
  <cp:revision>2</cp:revision>
  <dcterms:created xsi:type="dcterms:W3CDTF">2013-12-23T23:15:00Z</dcterms:created>
  <dcterms:modified xsi:type="dcterms:W3CDTF">2026-10-13T05:58:00Z</dcterms:modified>
  <cp:category/>
</cp:coreProperties>
</file>