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345A12" w14:textId="77777777" w:rsidR="00F46FC3" w:rsidRDefault="00000000">
      <w:pPr>
        <w:pStyle w:val="aa"/>
      </w:pPr>
      <w:r>
        <w:t>Rindkopu formatēšana</w:t>
      </w:r>
    </w:p>
    <w:p w14:paraId="6C703E87" w14:textId="77777777" w:rsidR="00F46FC3" w:rsidRDefault="00000000">
      <w:pPr>
        <w:pStyle w:val="1"/>
      </w:pPr>
      <w:r>
        <w:t>Patstāvīgais darbs piektajai klasei</w:t>
      </w:r>
    </w:p>
    <w:p w14:paraId="23EEF7D1" w14:textId="77777777" w:rsidR="00F46FC3" w:rsidRDefault="00000000">
      <w:proofErr w:type="spellStart"/>
      <w:r>
        <w:t>Lasi</w:t>
      </w:r>
      <w:proofErr w:type="spellEnd"/>
      <w:r>
        <w:t xml:space="preserve"> </w:t>
      </w:r>
      <w:proofErr w:type="spellStart"/>
      <w:r>
        <w:t>norādījumus</w:t>
      </w:r>
      <w:proofErr w:type="spellEnd"/>
      <w:r>
        <w:t xml:space="preserve"> </w:t>
      </w:r>
      <w:proofErr w:type="spellStart"/>
      <w:r>
        <w:t>secīgi</w:t>
      </w:r>
      <w:proofErr w:type="spellEnd"/>
      <w:r>
        <w:t xml:space="preserve"> un strādā ar tekstu trešajā lappusē. Rindkopas formatēšanai pietiek novietot kursoru tās iekšpusē; vairāku rindkopu formatēšanai atlasi tās kopā. Vajadzīgos iestatījumus </w:t>
      </w:r>
      <w:proofErr w:type="spellStart"/>
      <w:r>
        <w:t>meklē</w:t>
      </w:r>
      <w:proofErr w:type="spellEnd"/>
      <w:r>
        <w:t xml:space="preserve"> </w:t>
      </w:r>
      <w:proofErr w:type="spellStart"/>
      <w:r>
        <w:t>sadaļā</w:t>
      </w:r>
      <w:proofErr w:type="spellEnd"/>
      <w:r>
        <w:t xml:space="preserve"> “</w:t>
      </w:r>
      <w:proofErr w:type="spellStart"/>
      <w:r>
        <w:t>Rindkopa</w:t>
      </w:r>
      <w:proofErr w:type="spellEnd"/>
      <w:r>
        <w:t>” (Paragraph).</w:t>
      </w:r>
    </w:p>
    <w:p w14:paraId="12113420" w14:textId="77777777" w:rsidR="00DD445F" w:rsidRDefault="00DD445F"/>
    <w:p w14:paraId="21A5DBE7" w14:textId="77777777" w:rsidR="00F46FC3" w:rsidRDefault="00000000">
      <w:pPr>
        <w:keepLines/>
        <w:spacing w:before="100"/>
      </w:pPr>
      <w:r>
        <w:rPr>
          <w:b/>
        </w:rPr>
        <w:t xml:space="preserve">1. Saglabā savu kopiju. </w:t>
      </w:r>
      <w:r>
        <w:t>Saglabā šo dokumentu ar nosaukumu 5_klase_Rindkopas_Vards_Uzvards.docx. Nosaukumā ieraksti savu vārdu un uzvārdu.</w:t>
      </w:r>
    </w:p>
    <w:p w14:paraId="72F1F1A0" w14:textId="77777777" w:rsidR="00F46FC3" w:rsidRDefault="00000000">
      <w:pPr>
        <w:keepLines/>
        <w:spacing w:before="100"/>
      </w:pPr>
      <w:r>
        <w:rPr>
          <w:b/>
        </w:rPr>
        <w:t xml:space="preserve">2. Atrodi darba tekstu. </w:t>
      </w:r>
      <w:r>
        <w:t>Pārej uz trešo lappusi. Tur atrodas teksts “Klases diena dabā”. Turpmākos uzdevumus izpildi tikai šajā tekstā. Norādījumu lappuses nepārveido.</w:t>
      </w:r>
    </w:p>
    <w:p w14:paraId="46CF769E" w14:textId="77777777" w:rsidR="00F46FC3" w:rsidRDefault="00000000">
      <w:pPr>
        <w:keepLines/>
        <w:spacing w:before="100"/>
      </w:pPr>
      <w:r>
        <w:rPr>
          <w:b/>
        </w:rPr>
        <w:t xml:space="preserve">3. Parādi rindkopu zīmes. </w:t>
      </w:r>
      <w:r>
        <w:t>Ieslēdz nerakstāmo rakstzīmju rādīšanu ar pogu ¶. Atrodi rindkopu beigas. Atceries: jauna rinda, kurā teksts pāriet pats, vēl nav jauna rindkopa.</w:t>
      </w:r>
    </w:p>
    <w:p w14:paraId="20067008" w14:textId="77777777" w:rsidR="00F46FC3" w:rsidRDefault="00000000">
      <w:pPr>
        <w:keepLines/>
        <w:spacing w:before="100"/>
      </w:pPr>
      <w:r>
        <w:rPr>
          <w:b/>
        </w:rPr>
        <w:t xml:space="preserve">4. Izmanto virsraksta stilu. </w:t>
      </w:r>
      <w:r>
        <w:t>Tekstam “Klases diena dabā” piemēro stilu “Virsraksts” (Title). Pārbaudi, vai stils mainīts tikai šim virsrakstam.</w:t>
      </w:r>
    </w:p>
    <w:p w14:paraId="32049436" w14:textId="77777777" w:rsidR="00F46FC3" w:rsidRDefault="00000000">
      <w:pPr>
        <w:keepLines/>
        <w:spacing w:before="100"/>
      </w:pPr>
      <w:r>
        <w:rPr>
          <w:b/>
        </w:rPr>
        <w:t xml:space="preserve">5. Novieto virsrakstu. </w:t>
      </w:r>
      <w:r>
        <w:t>Izlīdzini virsrakstu “Klases diena dabā” rindas vidū. Izmanto centrēšanas pogu, nevis atstarpes.</w:t>
      </w:r>
    </w:p>
    <w:p w14:paraId="74B6A305" w14:textId="77777777" w:rsidR="00F46FC3" w:rsidRDefault="00000000">
      <w:pPr>
        <w:keepLines/>
        <w:spacing w:before="100"/>
      </w:pPr>
      <w:r>
        <w:rPr>
          <w:b/>
        </w:rPr>
        <w:t xml:space="preserve">6. Izlīdzini pirmo rindkopu. </w:t>
      </w:r>
      <w:r>
        <w:t>Rindkopu, kas sākas ar “Mūsu klase”, izlīdzini pie kreisās malas.</w:t>
      </w:r>
    </w:p>
    <w:p w14:paraId="1D98FAFE" w14:textId="77777777" w:rsidR="00F46FC3" w:rsidRDefault="00000000">
      <w:pPr>
        <w:keepLines/>
        <w:spacing w:before="100"/>
      </w:pPr>
      <w:r>
        <w:rPr>
          <w:b/>
        </w:rPr>
        <w:t xml:space="preserve">7. Izveido pirmās rindas atkāpi. </w:t>
      </w:r>
      <w:r>
        <w:t>Tai pašai rindkopai iestati pirmās rindas atkāpi 1 cm. Pārējām šīs rindkopas rindām jāpaliek pie kreisās malas. Neizmanto atstarpju taustiņu.</w:t>
      </w:r>
    </w:p>
    <w:p w14:paraId="10E1A5A3" w14:textId="77777777" w:rsidR="00F46FC3" w:rsidRDefault="00000000">
      <w:pPr>
        <w:keepLines/>
        <w:spacing w:before="100"/>
      </w:pPr>
      <w:r>
        <w:rPr>
          <w:b/>
        </w:rPr>
        <w:t xml:space="preserve">8. Maini attālumu starp rindām. </w:t>
      </w:r>
      <w:r>
        <w:t>Rindkopai “Mūsu klase” iestati rindstarpu 1,5. Pārbaudi, vai attālums mainījies starp visām šīs rindkopas rindām.</w:t>
      </w:r>
    </w:p>
    <w:p w14:paraId="3B9C1D01" w14:textId="77777777" w:rsidR="00F46FC3" w:rsidRDefault="00000000">
      <w:pPr>
        <w:keepLines/>
        <w:spacing w:before="100"/>
      </w:pPr>
      <w:r>
        <w:rPr>
          <w:b/>
        </w:rPr>
        <w:t xml:space="preserve">9. Veido atstarpi pēc rindkopas. </w:t>
      </w:r>
      <w:r>
        <w:t>Pēc rindkopas “Mūsu klase” iestati atstarpi 6 pt. Neievieto tukšu rindkopu ar Enter.</w:t>
      </w:r>
    </w:p>
    <w:p w14:paraId="6F119171" w14:textId="77777777" w:rsidR="00F46FC3" w:rsidRDefault="00000000">
      <w:pPr>
        <w:keepLines/>
        <w:spacing w:before="100"/>
      </w:pPr>
      <w:r>
        <w:rPr>
          <w:b/>
        </w:rPr>
        <w:t xml:space="preserve">10. Formatē nākamo rindkopu. </w:t>
      </w:r>
      <w:r>
        <w:t>Rindkopu “Pirms došanās” izlīdzini pie abām malām un izveido pirmās rindas atkāpi 1 cm.</w:t>
      </w:r>
    </w:p>
    <w:p w14:paraId="10059357" w14:textId="77777777" w:rsidR="00F46FC3" w:rsidRDefault="00000000">
      <w:r>
        <w:br w:type="page"/>
      </w:r>
    </w:p>
    <w:p w14:paraId="40F22AAD" w14:textId="77777777" w:rsidR="00F46FC3" w:rsidRDefault="00000000">
      <w:pPr>
        <w:pStyle w:val="1"/>
      </w:pPr>
      <w:r>
        <w:lastRenderedPageBreak/>
        <w:t>Darba turpinājums</w:t>
      </w:r>
    </w:p>
    <w:p w14:paraId="255BFFEC" w14:textId="77777777" w:rsidR="00F46FC3" w:rsidRDefault="00000000">
      <w:pPr>
        <w:keepLines/>
        <w:spacing w:before="100"/>
      </w:pPr>
      <w:r>
        <w:rPr>
          <w:b/>
        </w:rPr>
        <w:t xml:space="preserve">11. Apvieno divas rindkopas. </w:t>
      </w:r>
      <w:r>
        <w:t>Apvieno rindkopu “Parkā mēs” ar nākamo rindkopu “Katrs skolēns”. Dzēs tikai rindkopas beigu zīmi starp tām. Starp teikumiem atstāj vienu atstarpi.</w:t>
      </w:r>
    </w:p>
    <w:p w14:paraId="5575C8BD" w14:textId="77777777" w:rsidR="00F46FC3" w:rsidRDefault="00000000">
      <w:pPr>
        <w:keepLines/>
        <w:spacing w:before="100"/>
      </w:pPr>
      <w:r>
        <w:rPr>
          <w:b/>
        </w:rPr>
        <w:t xml:space="preserve">12. Izlīdzini apvienoto tekstu. </w:t>
      </w:r>
      <w:r>
        <w:t>Jauno rindkopu, kas sākas ar “Parkā mēs”, izlīdzini pie abām malām. Pārliecinies, ka abi sākotnējie teksti tagad veido vienu rindkopu.</w:t>
      </w:r>
    </w:p>
    <w:p w14:paraId="22A2E9DB" w14:textId="77777777" w:rsidR="00F46FC3" w:rsidRDefault="00000000">
      <w:pPr>
        <w:keepLines/>
        <w:spacing w:before="100"/>
      </w:pPr>
      <w:r>
        <w:rPr>
          <w:b/>
        </w:rPr>
        <w:t xml:space="preserve">13. Maini apvienotās rindkopas rindstarpu. </w:t>
      </w:r>
      <w:r>
        <w:t>Rindkopai “Parkā mēs” iestati rindstarpu 1,15 un atstarpi pēc rindkopas 6 pt.</w:t>
      </w:r>
    </w:p>
    <w:p w14:paraId="5EF23F50" w14:textId="77777777" w:rsidR="00F46FC3" w:rsidRDefault="00000000">
      <w:pPr>
        <w:keepLines/>
        <w:spacing w:before="100"/>
      </w:pPr>
      <w:r>
        <w:rPr>
          <w:b/>
        </w:rPr>
        <w:t xml:space="preserve">14. Sadali rindkopu. </w:t>
      </w:r>
      <w:r>
        <w:t>Rindkopā “Pēc pusdienām” atrodi teikumu “Pirms došanās mājās mēs sapulcējāmies pie parka vārtiem.” Pirms šī teikuma nospied Enter vienu reizi, lai tas sāktos jaunā rindkopā.</w:t>
      </w:r>
    </w:p>
    <w:p w14:paraId="0E73C837" w14:textId="77777777" w:rsidR="00F46FC3" w:rsidRDefault="00000000">
      <w:pPr>
        <w:keepLines/>
        <w:spacing w:before="100"/>
      </w:pPr>
      <w:r>
        <w:rPr>
          <w:b/>
        </w:rPr>
        <w:t xml:space="preserve">15. Formatē abas jaunās rindkopas. </w:t>
      </w:r>
      <w:r>
        <w:t>Rindkopas “Pēc pusdienām” un “Pirms došanās mājās” izlīdzini pie kreisās malas. Abām iestati atstarpi pēc rindkopas 6 pt.</w:t>
      </w:r>
    </w:p>
    <w:p w14:paraId="0AD4ABE4" w14:textId="77777777" w:rsidR="00F46FC3" w:rsidRDefault="00000000">
      <w:pPr>
        <w:keepLines/>
        <w:spacing w:before="100"/>
      </w:pPr>
      <w:r>
        <w:rPr>
          <w:b/>
        </w:rPr>
        <w:t xml:space="preserve">16. Izveido apakšvirsrakstu. </w:t>
      </w:r>
      <w:r>
        <w:t>Tekstam “Drošības noteikumi” piemēro stilu “Virsraksts 1” (Heading 1). Tam jāpaliek atsevišķā rindkopā.</w:t>
      </w:r>
    </w:p>
    <w:p w14:paraId="1BD30F5D" w14:textId="77777777" w:rsidR="00F46FC3" w:rsidRDefault="00000000">
      <w:pPr>
        <w:keepLines/>
        <w:spacing w:before="100"/>
      </w:pPr>
      <w:r>
        <w:rPr>
          <w:b/>
        </w:rPr>
        <w:t xml:space="preserve">17. Izveido atkāpes no abām pusēm. </w:t>
      </w:r>
      <w:r>
        <w:t>Rindkopai, kas sākas ar “Ej kopā ar klasi”, iestati kreisās puses atkāpi 1 cm un labās puses atkāpi 1 cm. Šeit jāatkāpjas visai rindkopai, nevis tikai pirmajai rindai.</w:t>
      </w:r>
    </w:p>
    <w:p w14:paraId="0B012BD8" w14:textId="77777777" w:rsidR="00F46FC3" w:rsidRDefault="00000000">
      <w:pPr>
        <w:keepLines/>
        <w:spacing w:before="100"/>
      </w:pPr>
      <w:r>
        <w:rPr>
          <w:b/>
        </w:rPr>
        <w:t xml:space="preserve">18. Izcel noteikumu rindkopu. </w:t>
      </w:r>
      <w:r>
        <w:t>Tai pašai noteikumu rindkopai iestati rindstarpu 1,5 un atstarpi pirms rindkopas 6 pt. Pārbaudi, vai sānu atkāpes saglabājušās.</w:t>
      </w:r>
    </w:p>
    <w:p w14:paraId="46FBB4C4" w14:textId="77777777" w:rsidR="00F46FC3" w:rsidRDefault="00000000">
      <w:pPr>
        <w:keepLines/>
        <w:spacing w:before="100"/>
      </w:pPr>
      <w:r>
        <w:rPr>
          <w:b/>
        </w:rPr>
        <w:t xml:space="preserve">19. Formatē noslēgumu. </w:t>
      </w:r>
      <w:r>
        <w:t>Pēdējo rindkopu “Mēs secinājām” centrē un iestati atstarpi pirms rindkopas 12 pt. Centrēšanai neizmanto atstarpes.</w:t>
      </w:r>
    </w:p>
    <w:p w14:paraId="41529EFE" w14:textId="77777777" w:rsidR="00F46FC3" w:rsidRDefault="00000000">
      <w:pPr>
        <w:keepLines/>
        <w:spacing w:before="100"/>
      </w:pPr>
      <w:r>
        <w:rPr>
          <w:b/>
        </w:rPr>
        <w:t xml:space="preserve">20. Pārbaudi un saglabā. </w:t>
      </w:r>
      <w:r>
        <w:t>Pārbaudi apvienoto un sadalītās rindkopas. Darba tekstā izdzēs nejauši ievietotās tukšās rindkopas, saglabājot vajadzīgos rindkopu dalījumus. Izslēdz ¶ rādīšanu un saglabā darbu.</w:t>
      </w:r>
    </w:p>
    <w:p w14:paraId="19AA3D4F" w14:textId="77777777" w:rsidR="00F46FC3" w:rsidRDefault="00000000">
      <w:r>
        <w:br w:type="page"/>
      </w:r>
    </w:p>
    <w:p w14:paraId="32FEBAAB" w14:textId="77777777" w:rsidR="00F46FC3" w:rsidRDefault="00000000">
      <w:pPr>
        <w:spacing w:after="0" w:line="240" w:lineRule="auto"/>
      </w:pPr>
      <w:r>
        <w:lastRenderedPageBreak/>
        <w:t>Klases diena dabā</w:t>
      </w:r>
    </w:p>
    <w:p w14:paraId="714C0A16" w14:textId="77777777" w:rsidR="00F46FC3" w:rsidRDefault="00000000">
      <w:pPr>
        <w:spacing w:after="0" w:line="240" w:lineRule="auto"/>
      </w:pPr>
      <w:r>
        <w:t>Mūsu klase devās uz pilsētas parku, lai mācītos dabā. Mēs vēlējāmies iepazīt apkārtni, sadarboties un pamanīt to, kam ikdienā bieži paejam garām. Katram bija iespēja izteikt savas domas un palīdzēt klasesbiedriem.</w:t>
      </w:r>
    </w:p>
    <w:p w14:paraId="0D2BD147" w14:textId="77777777" w:rsidR="00F46FC3" w:rsidRDefault="00000000">
      <w:pPr>
        <w:spacing w:after="0" w:line="240" w:lineRule="auto"/>
      </w:pPr>
      <w:r>
        <w:t>Pirms došanās skolotāja izskaidroja dienas plānu. Somā bija jāieliek ūdens pudele, nelielas uzkodas un pierakstu klade. Mēs vienojāmies ievērot parka noteikumus un rūpēties par apkārtējo vidi.</w:t>
      </w:r>
    </w:p>
    <w:p w14:paraId="650837D4" w14:textId="77777777" w:rsidR="00F46FC3" w:rsidRDefault="00000000">
      <w:pPr>
        <w:spacing w:after="0" w:line="240" w:lineRule="auto"/>
      </w:pPr>
      <w:r>
        <w:t>Parkā mēs sadalījāmies nelielās grupās. Katra grupa izvēlējās vienu koku un uzmanīgi apskatīja tā lapas, mizu un zarus.</w:t>
      </w:r>
    </w:p>
    <w:p w14:paraId="0752B236" w14:textId="77777777" w:rsidR="00F46FC3" w:rsidRDefault="00000000">
      <w:pPr>
        <w:spacing w:after="0" w:line="240" w:lineRule="auto"/>
      </w:pPr>
      <w:r>
        <w:t>Katrs skolēns pierakstīja vienu novērojumu. Pēc tam salīdzinājām atbildes un mēģinājām paskaidrot, kāpēc vienu un to pašu koku bijām aprakstījuši atšķirīgi.</w:t>
      </w:r>
    </w:p>
    <w:p w14:paraId="0A8B6E34" w14:textId="77777777" w:rsidR="00F46FC3" w:rsidRDefault="00000000">
      <w:pPr>
        <w:spacing w:after="0" w:line="240" w:lineRule="auto"/>
      </w:pPr>
      <w:r>
        <w:t>Pēc pusdienām mēs savācām savus atkritumus un pārbaudījām atpūtas vietu. Parku gribējām atstāt tikpat sakoptu, kāds tas bija pirms mūsu ierašanās. Pirms došanās mājās mēs sapulcējāmies pie parka vārtiem. Katrs pastāstīja par vienu jaunu lietu, ko šajā dienā bija iemācījies.</w:t>
      </w:r>
    </w:p>
    <w:p w14:paraId="220F774A" w14:textId="77777777" w:rsidR="00F46FC3" w:rsidRDefault="00000000">
      <w:pPr>
        <w:spacing w:after="0" w:line="240" w:lineRule="auto"/>
      </w:pPr>
      <w:r>
        <w:t>Drošības noteikumi</w:t>
      </w:r>
    </w:p>
    <w:p w14:paraId="466026C7" w14:textId="77777777" w:rsidR="00F46FC3" w:rsidRDefault="00000000">
      <w:pPr>
        <w:spacing w:after="0" w:line="240" w:lineRule="auto"/>
      </w:pPr>
      <w:r>
        <w:t>Ej kopā ar klasi un ievēro skolotāja norādījumus. Neaiztiec nepazīstamus augus un sēnes. Ja pamani bīstamu priekšmetu vai jūties slikti, uzreiz pasaki pieaugušajam. Pirms ceļa šķērsošanas apstājies un pārliecinies, ka tas ir droši.</w:t>
      </w:r>
    </w:p>
    <w:p w14:paraId="71BC7269" w14:textId="77777777" w:rsidR="00F46FC3" w:rsidRDefault="00000000">
      <w:pPr>
        <w:spacing w:after="0" w:line="240" w:lineRule="auto"/>
      </w:pPr>
      <w:r>
        <w:t>Mēs secinājām, ka kopīga darbošanās palīdz mācīties un labāk iepazīt citam citu.</w:t>
      </w:r>
    </w:p>
    <w:sectPr w:rsidR="00F46FC3"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51904936">
    <w:abstractNumId w:val="8"/>
  </w:num>
  <w:num w:numId="2" w16cid:durableId="391850864">
    <w:abstractNumId w:val="6"/>
  </w:num>
  <w:num w:numId="3" w16cid:durableId="2117820664">
    <w:abstractNumId w:val="5"/>
  </w:num>
  <w:num w:numId="4" w16cid:durableId="1559974422">
    <w:abstractNumId w:val="4"/>
  </w:num>
  <w:num w:numId="5" w16cid:durableId="440493484">
    <w:abstractNumId w:val="7"/>
  </w:num>
  <w:num w:numId="6" w16cid:durableId="956907114">
    <w:abstractNumId w:val="3"/>
  </w:num>
  <w:num w:numId="7" w16cid:durableId="2103793429">
    <w:abstractNumId w:val="2"/>
  </w:num>
  <w:num w:numId="8" w16cid:durableId="557714361">
    <w:abstractNumId w:val="1"/>
  </w:num>
  <w:num w:numId="9" w16cid:durableId="14977704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724F"/>
    <w:rsid w:val="0015074B"/>
    <w:rsid w:val="0029639D"/>
    <w:rsid w:val="00326F90"/>
    <w:rsid w:val="00AA1D8D"/>
    <w:rsid w:val="00B47730"/>
    <w:rsid w:val="00CB0664"/>
    <w:rsid w:val="00DD445F"/>
    <w:rsid w:val="00F46F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81D06"/>
  <w14:defaultImageDpi w14:val="300"/>
  <w15:docId w15:val="{8189F5EB-FA98-4847-A8B1-90AF50781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69" w:lineRule="auto"/>
    </w:pPr>
    <w:rPr>
      <w:rFonts w:ascii="Arial" w:hAnsi="Arial"/>
      <w:color w:val="000000"/>
    </w:rPr>
  </w:style>
  <w:style w:type="paragraph" w:styleId="1">
    <w:name w:val="heading 1"/>
    <w:basedOn w:val="a1"/>
    <w:next w:val="a1"/>
    <w:link w:val="10"/>
    <w:uiPriority w:val="9"/>
    <w:qFormat/>
    <w:rsid w:val="00FC693F"/>
    <w:pPr>
      <w:keepNext/>
      <w:keepLines/>
      <w:spacing w:before="480" w:after="240"/>
      <w:outlineLvl w:val="0"/>
    </w:pPr>
    <w:rPr>
      <w:rFonts w:asciiTheme="majorHAnsi" w:eastAsiaTheme="majorEastAsia" w:hAnsiTheme="majorHAnsi" w:cstheme="majorBidi"/>
      <w:b/>
      <w:bCs/>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200" w:line="240" w:lineRule="auto"/>
      <w:contextualSpacing/>
    </w:pPr>
    <w:rPr>
      <w:rFonts w:asciiTheme="majorHAnsi" w:eastAsiaTheme="majorEastAsia" w:hAnsiTheme="majorHAnsi" w:cstheme="majorBidi"/>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Rindkopu formatēšana piektajai klasei</dc:title>
  <dc:subject/>
  <dc:creator/>
  <cp:keywords/>
  <dc:description>generated by python-docx</dc:description>
  <cp:lastModifiedBy>Mareks Kolosovskis</cp:lastModifiedBy>
  <cp:revision>2</cp:revision>
  <dcterms:created xsi:type="dcterms:W3CDTF">2013-12-23T23:15:00Z</dcterms:created>
  <dcterms:modified xsi:type="dcterms:W3CDTF">2026-10-13T19:43:00Z</dcterms:modified>
  <cp:category/>
</cp:coreProperties>
</file>