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Pirmie soļi pie datora</w:t>
      </w:r>
    </w:p>
    <w:p>
      <w:r>
        <w:rPr>
          <w:b/>
        </w:rPr>
        <w:t>Lasi vienu rindu. Izdari.</w:t>
      </w:r>
    </w:p>
    <w:p>
      <w:r>
        <w:rPr>
          <w:b w:val="0"/>
        </w:rPr>
        <w:t>Atbildi raksti aiz zilajiem punktiem.</w:t>
      </w:r>
    </w:p>
    <w:p>
      <w:pPr>
        <w:pStyle w:val="Heading1"/>
      </w:pPr>
      <w:r>
        <w:t>1 Raksti savu vārdu</w:t>
      </w:r>
    </w:p>
    <w:p>
      <w:r>
        <w:rPr>
          <w:b w:val="0"/>
        </w:rPr>
        <w:t xml:space="preserve">Mans vārds: </w:t>
      </w:r>
      <w:r>
        <w:rPr>
          <w:color w:val="175A9C"/>
        </w:rPr>
        <w:t>...</w:t>
      </w:r>
    </w:p>
    <w:p>
      <w:pPr>
        <w:pStyle w:val="Heading1"/>
      </w:pPr>
      <w:r>
        <w:t>2 Atrodi attēlu</w:t>
      </w:r>
    </w:p>
    <w:p>
      <w:r>
        <w:rPr>
          <w:b w:val="0"/>
        </w:rPr>
        <w:t>Atver Google.</w:t>
      </w:r>
    </w:p>
    <w:p>
      <w:r>
        <w:rPr>
          <w:b/>
        </w:rPr>
        <w:t>Meklē: datora pele</w:t>
      </w:r>
    </w:p>
    <w:p>
      <w:r>
        <w:rPr>
          <w:b w:val="0"/>
        </w:rPr>
        <w:t>Atver sadaļu Attēli.</w:t>
      </w:r>
    </w:p>
    <w:p>
      <w:r>
        <w:rPr>
          <w:b w:val="0"/>
        </w:rPr>
        <w:t>Izvēlies vienu peles attēlu.</w:t>
      </w:r>
    </w:p>
    <w:p>
      <w:r>
        <w:rPr>
          <w:b w:val="0"/>
        </w:rPr>
        <w:t>Atgriezies Word.</w:t>
      </w:r>
    </w:p>
    <w:p>
      <w:r>
        <w:rPr>
          <w:b w:val="0"/>
        </w:rPr>
        <w:t xml:space="preserve">Kādā krāsā ir pele? </w:t>
      </w:r>
      <w:r>
        <w:rPr>
          <w:color w:val="175A9C"/>
        </w:rPr>
        <w:t>...</w:t>
      </w:r>
    </w:p>
    <w:p>
      <w:r>
        <w:rPr>
          <w:b w:val="0"/>
        </w:rPr>
        <w:t>Piemērs: melna</w:t>
      </w:r>
    </w:p>
    <w:p>
      <w:pPr>
        <w:pStyle w:val="Heading1"/>
      </w:pPr>
      <w:r>
        <w:t>3 Rēķini</w:t>
      </w:r>
    </w:p>
    <w:p>
      <w:r>
        <w:rPr>
          <w:b w:val="0"/>
        </w:rPr>
        <w:t>Atver Kalkulatoru.</w:t>
      </w:r>
    </w:p>
    <w:p>
      <w:r>
        <w:rPr>
          <w:b w:val="0"/>
        </w:rPr>
        <w:t>Aprēķini 15 + 8.</w:t>
      </w:r>
    </w:p>
    <w:p>
      <w:r>
        <w:rPr>
          <w:b w:val="0"/>
        </w:rPr>
        <w:t>Atgriezies Word.</w:t>
      </w:r>
    </w:p>
    <w:p>
      <w:r>
        <w:rPr>
          <w:b w:val="0"/>
        </w:rPr>
        <w:t xml:space="preserve">15 + 8 = </w:t>
      </w:r>
      <w:r>
        <w:rPr>
          <w:color w:val="175A9C"/>
        </w:rPr>
        <w:t>...</w:t>
      </w:r>
    </w:p>
    <w:p>
      <w:r>
        <w:br w:type="page"/>
      </w:r>
    </w:p>
    <w:p>
      <w:pPr>
        <w:pStyle w:val="Heading1"/>
      </w:pPr>
      <w:r>
        <w:t>4 Paslēp un atver logu</w:t>
      </w:r>
    </w:p>
    <w:p>
      <w:r>
        <w:rPr>
          <w:b/>
        </w:rPr>
        <w:t>Word loga augšā spied pogu −.</w:t>
      </w:r>
    </w:p>
    <w:p>
      <w:r>
        <w:rPr>
          <w:b w:val="0"/>
        </w:rPr>
        <w:t>Word logs pazūd.</w:t>
      </w:r>
    </w:p>
    <w:p>
      <w:r>
        <w:rPr>
          <w:b w:val="0"/>
        </w:rPr>
        <w:t>Ekrāna apakšā spied Word zīmi.</w:t>
      </w:r>
    </w:p>
    <w:p>
      <w:r>
        <w:rPr>
          <w:b w:val="0"/>
        </w:rPr>
        <w:t>Word logs atveras.</w:t>
      </w:r>
    </w:p>
    <w:p>
      <w:r>
        <w:rPr>
          <w:b w:val="0"/>
        </w:rPr>
        <w:t xml:space="preserve">Vai redzi savu vārdu? </w:t>
      </w:r>
      <w:r>
        <w:rPr>
          <w:color w:val="175A9C"/>
        </w:rPr>
        <w:t>...</w:t>
      </w:r>
    </w:p>
    <w:p>
      <w:r>
        <w:rPr>
          <w:b w:val="0"/>
        </w:rPr>
        <w:t>Raksti: jā vai nē.</w:t>
      </w:r>
    </w:p>
    <w:p>
      <w:pPr>
        <w:pStyle w:val="Heading1"/>
      </w:pPr>
      <w:r>
        <w:t>5 Apsēdies ērti</w:t>
      </w:r>
    </w:p>
    <w:p>
      <w:r>
        <w:rPr>
          <w:b w:val="0"/>
        </w:rPr>
        <w:t>Atbalsti muguru pret krēsla atzveltni.</w:t>
      </w:r>
    </w:p>
    <w:p>
      <w:r>
        <w:rPr>
          <w:b w:val="0"/>
        </w:rPr>
        <w:t>Noliec pēdas uz grīdas vai paliktņa.</w:t>
      </w:r>
    </w:p>
    <w:p>
      <w:r>
        <w:rPr>
          <w:b w:val="0"/>
        </w:rPr>
        <w:t>Atslābini plecus.</w:t>
      </w:r>
    </w:p>
    <w:p>
      <w:r>
        <w:rPr>
          <w:b w:val="0"/>
        </w:rPr>
        <w:t xml:space="preserve">Vai tev ir ērti? </w:t>
      </w:r>
      <w:r>
        <w:rPr>
          <w:color w:val="175A9C"/>
        </w:rPr>
        <w:t>...</w:t>
      </w:r>
    </w:p>
    <w:p>
      <w:r>
        <w:rPr>
          <w:b w:val="0"/>
        </w:rPr>
        <w:t>Raksti: jā vai nē.</w:t>
      </w:r>
    </w:p>
    <w:p>
      <w:pPr>
        <w:pStyle w:val="Heading1"/>
      </w:pPr>
      <w:r>
        <w:t>6 Pabeidz darbu</w:t>
      </w:r>
    </w:p>
    <w:p>
      <w:r>
        <w:rPr>
          <w:b/>
        </w:rPr>
        <w:t>Spied Ctrl + S.</w:t>
      </w:r>
    </w:p>
    <w:p>
      <w:r>
        <w:rPr>
          <w:b w:val="0"/>
        </w:rPr>
        <w:t>Ja vajag palīdzību, sauc skolotāju.</w:t>
      </w:r>
    </w:p>
    <w:p>
      <w:r>
        <w:rPr>
          <w:b w:val="0"/>
        </w:rPr>
        <w:t>Parādi skolotājam savas atbildes.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  <w:sz w:val="34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Pirmie soļi pie datora</dc:title>
  <dc:subject>Īsi uzdevumi datorā 4. klasei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