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Interneta pakalpojumi</w:t>
      </w:r>
    </w:p>
    <w:p>
      <w:r>
        <w:rPr>
          <w:b/>
        </w:rPr>
        <w:t>5. klase • Darbs datorā • Chrome</w:t>
      </w:r>
    </w:p>
    <w:p>
      <w:r>
        <w:rPr>
          <w:b w:val="0"/>
        </w:rPr>
        <w:t>Lasi vienu rindu. Izdari.</w:t>
      </w:r>
    </w:p>
    <w:p>
      <w:r>
        <w:rPr>
          <w:b w:val="0"/>
        </w:rPr>
        <w:t>Atbildes raksti šeit, aiz zilajiem punktiem.</w:t>
      </w:r>
    </w:p>
    <w:p>
      <w:r>
        <w:rPr>
          <w:b w:val="0"/>
        </w:rPr>
        <w:t>Uz saites spied peles labo pogu.</w:t>
      </w:r>
    </w:p>
    <w:p>
      <w:r>
        <w:rPr>
          <w:b w:val="0"/>
        </w:rPr>
        <w:t>Izvēlies Atvērt hipersaiti.</w:t>
      </w:r>
    </w:p>
    <w:p>
      <w:r>
        <w:rPr>
          <w:b w:val="0"/>
        </w:rPr>
        <w:t xml:space="preserve">Mans vārds: </w:t>
      </w:r>
      <w:r>
        <w:rPr>
          <w:color w:val="175A9C"/>
        </w:rPr>
        <w:t>...</w:t>
      </w:r>
    </w:p>
    <w:p>
      <w:pPr>
        <w:pStyle w:val="Heading1"/>
      </w:pPr>
      <w:r>
        <w:t>1 Atsvaidzini lapu</w:t>
      </w:r>
    </w:p>
    <w:p>
      <w:hyperlink r:id="rId9">
        <w:r>
          <w:rPr>
            <w:color w:val="175A9C"/>
            <w:u w:val="single"/>
            <w:sz w:val="32"/>
          </w:rPr>
          <w:t>Atver NASA lapu</w:t>
        </w:r>
      </w:hyperlink>
    </w:p>
    <w:p>
      <w:r>
        <w:rPr>
          <w:b w:val="0"/>
        </w:rPr>
        <w:t>Pa kreisi no adreses spied apaļo bultiņu ↻.</w:t>
      </w:r>
    </w:p>
    <w:p>
      <w:r>
        <w:rPr>
          <w:b w:val="0"/>
        </w:rPr>
        <w:t>Kamēr lapa ielādējas, tās vietā spied ×.</w:t>
      </w:r>
    </w:p>
    <w:p>
      <w:r>
        <w:rPr>
          <w:b w:val="0"/>
        </w:rPr>
        <w:t>Tā tu apturi lapas ielādi.</w:t>
      </w:r>
    </w:p>
    <w:p>
      <w:r>
        <w:rPr>
          <w:b w:val="0"/>
        </w:rPr>
        <w:t>Vēlreiz spied ↻. Sagaidi visu lapu.</w:t>
      </w:r>
    </w:p>
    <w:p>
      <w:pPr>
        <w:pStyle w:val="Heading1"/>
      </w:pPr>
      <w:r>
        <w:t>2 Pievieno grāmatzīmi</w:t>
      </w:r>
    </w:p>
    <w:p>
      <w:r>
        <w:rPr>
          <w:b/>
        </w:rPr>
        <w:t>Grāmatzīme ir saglabāta saite.</w:t>
      </w:r>
    </w:p>
    <w:p>
      <w:r>
        <w:rPr>
          <w:b w:val="0"/>
        </w:rPr>
        <w:t>Pie NASA lapas adreses spied zvaigznīti ☆.</w:t>
      </w:r>
    </w:p>
    <w:p>
      <w:r>
        <w:rPr>
          <w:b w:val="0"/>
        </w:rPr>
        <w:t>Nosaukuma vietā raksti: Planētas.</w:t>
      </w:r>
    </w:p>
    <w:p>
      <w:r>
        <w:rPr>
          <w:b w:val="0"/>
        </w:rPr>
        <w:t>Spied Gatavs (Done).</w:t>
      </w:r>
    </w:p>
    <w:p>
      <w:r>
        <w:rPr>
          <w:b w:val="0"/>
        </w:rPr>
        <w:t>Chrome augšā pa labi spied trīs punktus ⋮.</w:t>
      </w:r>
    </w:p>
    <w:p>
      <w:r>
        <w:rPr>
          <w:b w:val="0"/>
        </w:rPr>
        <w:t>Izvēlies Grāmatzīmes un saraksti.</w:t>
      </w:r>
    </w:p>
    <w:p>
      <w:r>
        <w:rPr>
          <w:b w:val="0"/>
        </w:rPr>
        <w:t>Atver Grāmatzīmju pārvaldnieku.</w:t>
      </w:r>
    </w:p>
    <w:p>
      <w:r>
        <w:rPr>
          <w:b w:val="0"/>
        </w:rPr>
        <w:t>Atrodi grāmatzīmi Planētas.</w:t>
      </w:r>
    </w:p>
    <w:p>
      <w:r>
        <w:rPr>
          <w:b w:val="0"/>
        </w:rPr>
        <w:t>Atver to ar dubultklikšķi.</w:t>
      </w:r>
    </w:p>
    <w:p>
      <w:r>
        <w:rPr>
          <w:b w:val="0"/>
        </w:rPr>
        <w:t xml:space="preserve">Vai NASA lapa atvērās? Raksti jā vai nē: </w:t>
      </w:r>
      <w:r>
        <w:rPr>
          <w:color w:val="175A9C"/>
        </w:rPr>
        <w:t>...</w:t>
      </w:r>
    </w:p>
    <w:p>
      <w:r>
        <w:br w:type="page"/>
      </w:r>
    </w:p>
    <w:p>
      <w:pPr>
        <w:pStyle w:val="Heading1"/>
      </w:pPr>
      <w:r>
        <w:t>3 Iztulko lapu</w:t>
      </w:r>
    </w:p>
    <w:p>
      <w:r>
        <w:rPr>
          <w:b w:val="0"/>
        </w:rPr>
        <w:t>NASA lapā spied peles labo pogu.</w:t>
      </w:r>
    </w:p>
    <w:p>
      <w:r>
        <w:rPr>
          <w:b w:val="0"/>
        </w:rPr>
        <w:t>Izvēlies Tulkot (Translate).</w:t>
      </w:r>
    </w:p>
    <w:p>
      <w:r>
        <w:rPr>
          <w:b w:val="0"/>
        </w:rPr>
        <w:t>Izvēlies latviešu valodu.</w:t>
      </w:r>
    </w:p>
    <w:p>
      <w:r>
        <w:rPr>
          <w:b w:val="0"/>
        </w:rPr>
        <w:t>Ja to neatrodi, sauc skolotāju.</w:t>
      </w:r>
    </w:p>
    <w:p>
      <w:r>
        <w:rPr>
          <w:b w:val="0"/>
        </w:rPr>
        <w:t>Lapas sākumā atrodi planētu skaitu.</w:t>
      </w:r>
    </w:p>
    <w:p>
      <w:r>
        <w:rPr>
          <w:b w:val="0"/>
        </w:rPr>
        <w:t xml:space="preserve">NASA lapā ir rakstīts: planētas ir </w:t>
      </w:r>
      <w:r>
        <w:rPr>
          <w:color w:val="175A9C"/>
        </w:rPr>
        <w:t>...</w:t>
      </w:r>
    </w:p>
    <w:p>
      <w:r>
        <w:rPr>
          <w:b w:val="0"/>
        </w:rPr>
        <w:t xml:space="preserve">Viena planēta latviski: </w:t>
      </w:r>
      <w:r>
        <w:rPr>
          <w:color w:val="175A9C"/>
        </w:rPr>
        <w:t>...</w:t>
      </w:r>
    </w:p>
    <w:p>
      <w:r>
        <w:rPr>
          <w:b w:val="0"/>
        </w:rPr>
        <w:t>Tulkojums reizēm kļūdās.</w:t>
      </w:r>
    </w:p>
    <w:p>
      <w:pPr>
        <w:pStyle w:val="Heading1"/>
      </w:pPr>
      <w:r>
        <w:t>4 Pārbaudi informāciju</w:t>
      </w:r>
    </w:p>
    <w:p>
      <w:r>
        <w:rPr>
          <w:b/>
        </w:rPr>
        <w:t>Pārbaudi šo teikumu:</w:t>
      </w:r>
    </w:p>
    <w:p>
      <w:r>
        <w:rPr>
          <w:b/>
        </w:rPr>
        <w:t>Saules sistēmā ir 9 planētas.</w:t>
      </w:r>
    </w:p>
    <w:p>
      <w:hyperlink r:id="rId10">
        <w:r>
          <w:rPr>
            <w:color w:val="175A9C"/>
            <w:u w:val="single"/>
            <w:sz w:val="32"/>
          </w:rPr>
          <w:t>Atver ESA lapu</w:t>
        </w:r>
      </w:hyperlink>
    </w:p>
    <w:p>
      <w:r>
        <w:rPr>
          <w:b w:val="0"/>
        </w:rPr>
        <w:t>Iztulko lapu tāpat kā 3. uzdevumā.</w:t>
      </w:r>
    </w:p>
    <w:p>
      <w:r>
        <w:rPr>
          <w:b w:val="0"/>
        </w:rPr>
        <w:t>Izlasi pirmo rindkopu.</w:t>
      </w:r>
    </w:p>
    <w:p>
      <w:r>
        <w:rPr>
          <w:b w:val="0"/>
        </w:rPr>
        <w:t xml:space="preserve">ESA lapā ir rakstīts: planētas ir </w:t>
      </w:r>
      <w:r>
        <w:rPr>
          <w:color w:val="175A9C"/>
        </w:rPr>
        <w:t>...</w:t>
      </w:r>
    </w:p>
    <w:p>
      <w:r>
        <w:rPr>
          <w:b w:val="0"/>
        </w:rPr>
        <w:t xml:space="preserve">Vai teikums par 9 planētām ir patiess? </w:t>
      </w:r>
      <w:r>
        <w:rPr>
          <w:color w:val="175A9C"/>
        </w:rPr>
        <w:t>...</w:t>
      </w:r>
    </w:p>
    <w:p>
      <w:r>
        <w:rPr>
          <w:b w:val="0"/>
        </w:rPr>
        <w:t>Raksti: jā vai nē.</w:t>
      </w:r>
    </w:p>
    <w:p>
      <w:r>
        <w:rPr>
          <w:b w:val="0"/>
        </w:rPr>
        <w:t>NASA un ESA pēta kosmosu.</w:t>
      </w:r>
    </w:p>
    <w:p>
      <w:r>
        <w:rPr>
          <w:b w:val="0"/>
        </w:rPr>
        <w:t xml:space="preserve">Kam uzticēsies: šīm lapām vai ziņai bez autora? </w:t>
      </w:r>
      <w:r>
        <w:rPr>
          <w:color w:val="175A9C"/>
        </w:rPr>
        <w:t>...</w:t>
      </w:r>
    </w:p>
    <w:p>
      <w:r>
        <w:br w:type="page"/>
      </w:r>
    </w:p>
    <w:p>
      <w:pPr>
        <w:pStyle w:val="Heading1"/>
      </w:pPr>
      <w:r>
        <w:t>5 Pārbaudi savienojumu</w:t>
      </w:r>
    </w:p>
    <w:p>
      <w:r>
        <w:rPr>
          <w:b w:val="0"/>
        </w:rPr>
        <w:t>NASA lapā apskati adresi.</w:t>
      </w:r>
    </w:p>
    <w:p>
      <w:r>
        <w:rPr>
          <w:b w:val="0"/>
        </w:rPr>
        <w:t xml:space="preserve">Vai adresē ir nasa.gov? Raksti jā vai nē: </w:t>
      </w:r>
      <w:r>
        <w:rPr>
          <w:color w:val="175A9C"/>
        </w:rPr>
        <w:t>...</w:t>
      </w:r>
    </w:p>
    <w:p>
      <w:r>
        <w:rPr>
          <w:b w:val="0"/>
        </w:rPr>
        <w:t>Spied zīmi pa kreisi no adreses.</w:t>
      </w:r>
    </w:p>
    <w:p>
      <w:r>
        <w:rPr>
          <w:b w:val="0"/>
        </w:rPr>
        <w:t>Atrodi ziņu par savienojumu.</w:t>
      </w:r>
    </w:p>
    <w:p>
      <w:r>
        <w:rPr>
          <w:b w:val="0"/>
        </w:rPr>
        <w:t xml:space="preserve">Vai savienojums ir drošs? Raksti jā vai nē: </w:t>
      </w:r>
      <w:r>
        <w:rPr>
          <w:color w:val="175A9C"/>
        </w:rPr>
        <w:t>...</w:t>
      </w:r>
    </w:p>
    <w:p>
      <w:r>
        <w:rPr>
          <w:b/>
        </w:rPr>
        <w:t>Drošs savienojums aizsargā datus.</w:t>
      </w:r>
    </w:p>
    <w:p>
      <w:r>
        <w:rPr>
          <w:b w:val="0"/>
        </w:rPr>
        <w:t>Tas nenozīmē, ka viss lapā ir patiess.</w:t>
      </w:r>
    </w:p>
    <w:p>
      <w:r>
        <w:rPr>
          <w:b w:val="0"/>
        </w:rPr>
        <w:t>Ja ir drošības brīdinājums, sauc skolotāju.</w:t>
      </w:r>
    </w:p>
    <w:p>
      <w:pPr>
        <w:pStyle w:val="Heading1"/>
      </w:pPr>
      <w:r>
        <w:t>6 Izdzēs savu grāmatzīmi</w:t>
      </w:r>
    </w:p>
    <w:p>
      <w:r>
        <w:rPr>
          <w:b w:val="0"/>
        </w:rPr>
        <w:t>Chrome augšā pa labi spied trīs punktus ⋮.</w:t>
      </w:r>
    </w:p>
    <w:p>
      <w:r>
        <w:rPr>
          <w:b w:val="0"/>
        </w:rPr>
        <w:t>Izvēlies Grāmatzīmes un saraksti.</w:t>
      </w:r>
    </w:p>
    <w:p>
      <w:r>
        <w:rPr>
          <w:b w:val="0"/>
        </w:rPr>
        <w:t>Atver Grāmatzīmju pārvaldnieku.</w:t>
      </w:r>
    </w:p>
    <w:p>
      <w:r>
        <w:rPr>
          <w:b w:val="0"/>
        </w:rPr>
        <w:t>Atrodi savu grāmatzīmi Planētas.</w:t>
      </w:r>
    </w:p>
    <w:p>
      <w:r>
        <w:rPr>
          <w:b w:val="0"/>
        </w:rPr>
        <w:t>Pie tās spied trīs punktus ⋮.</w:t>
      </w:r>
    </w:p>
    <w:p>
      <w:r>
        <w:rPr>
          <w:b w:val="0"/>
        </w:rPr>
        <w:t>Izvēlies Dzēst (Delete).</w:t>
      </w:r>
    </w:p>
    <w:p>
      <w:r>
        <w:rPr>
          <w:b w:val="0"/>
        </w:rPr>
        <w:t>Pārējās grāmatzīmes atstāj.</w:t>
      </w:r>
    </w:p>
    <w:p>
      <w:r>
        <w:rPr>
          <w:b w:val="0"/>
        </w:rPr>
        <w:t xml:space="preserve">Vai tava grāmatzīme pazuda? Raksti jā vai nē: </w:t>
      </w:r>
      <w:r>
        <w:rPr>
          <w:color w:val="175A9C"/>
        </w:rPr>
        <w:t>...</w:t>
      </w:r>
    </w:p>
    <w:p>
      <w:r>
        <w:rPr>
          <w:b/>
        </w:rPr>
        <w:t>Atgriezies Word.</w:t>
      </w:r>
    </w:p>
    <w:p>
      <w:r>
        <w:rPr>
          <w:b/>
        </w:rPr>
        <w:t>Spied Fails → Saglabāt.</w:t>
      </w:r>
    </w:p>
    <w:p>
      <w:r>
        <w:rPr>
          <w:b w:val="0"/>
        </w:rPr>
        <w:t>Parādi skolotājam savas atbildes.</w:t>
      </w:r>
    </w:p>
    <w:p>
      <w:pPr>
        <w:spacing w:before="360"/>
      </w:pPr>
      <w:r>
        <w:rPr>
          <w:b w:val="0"/>
        </w:rPr>
      </w:r>
      <w:r>
        <w:rPr>
          <w:sz w:val="20"/>
        </w:rPr>
        <w:t xml:space="preserve">Palīdzība skolotājam: </w:t>
      </w:r>
      <w:hyperlink r:id="rId11">
        <w:r>
          <w:rPr>
            <w:color w:val="175A9C"/>
            <w:u w:val="single"/>
            <w:sz w:val="20"/>
          </w:rPr>
          <w:t>grāmatzīmes</w:t>
        </w:r>
      </w:hyperlink>
      <w:r>
        <w:rPr>
          <w:sz w:val="20"/>
        </w:rPr>
        <w:t xml:space="preserve"> • </w:t>
      </w:r>
      <w:hyperlink r:id="rId12">
        <w:r>
          <w:rPr>
            <w:color w:val="175A9C"/>
            <w:u w:val="single"/>
            <w:sz w:val="20"/>
          </w:rPr>
          <w:t>tulkošana</w:t>
        </w:r>
      </w:hyperlink>
      <w:r>
        <w:rPr>
          <w:sz w:val="20"/>
        </w:rPr>
        <w:t xml:space="preserve"> • </w:t>
      </w:r>
      <w:hyperlink r:id="rId13">
        <w:r>
          <w:rPr>
            <w:color w:val="175A9C"/>
            <w:u w:val="single"/>
            <w:sz w:val="20"/>
          </w:rPr>
          <w:t>drošs savienojums</w:t>
        </w:r>
      </w:hyperlink>
    </w:p>
    <w:sectPr w:rsidR="00FC693F" w:rsidRPr="0006063C" w:rsidSect="00034616">
      <w:footerReference w:type="default" r:id="rId14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Calibri" w:hAnsi="Calibri"/>
      <w:color w:val="000000"/>
      <w:sz w:val="32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paceplace.nasa.gov/planets/en/" TargetMode="External"/><Relationship Id="rId10" Type="http://schemas.openxmlformats.org/officeDocument/2006/relationships/hyperlink" Target="https://www.esa.int/kids/en/learn/Our_Universe/Planets_and_moons/The_Solar_System_and_its_planets" TargetMode="External"/><Relationship Id="rId11" Type="http://schemas.openxmlformats.org/officeDocument/2006/relationships/hyperlink" Target="https://support.google.com/chrome/answer/188842" TargetMode="External"/><Relationship Id="rId12" Type="http://schemas.openxmlformats.org/officeDocument/2006/relationships/hyperlink" Target="https://support.google.com/chrome/answer/173424" TargetMode="External"/><Relationship Id="rId13" Type="http://schemas.openxmlformats.org/officeDocument/2006/relationships/hyperlink" Target="https://support.google.com/chrome/answer/95617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Interneta pakalpojumi</dc:title>
  <dc:subject>Īsi praktiski uzdevumi 5. klasei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